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Ventilation Ductwork Cleaning Record</w:t>
      </w:r>
    </w:p>
    <w:p>
      <w:r>
        <w:rPr>
          <w:b w:val="0"/>
          <w:i w:val="0"/>
          <w:color w:val="5B706A"/>
          <w:sz w:val="20"/>
        </w:rPr>
        <w:t>A ventilation ductwork inspection and cleaning record (TR19 Air): system and hygiene grade, visual inspection, deposit tests before and after, sections cleaned, access panels, filters, fire dampers, photos and report.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System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Technician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System (AHU or fan reference and area served)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System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Supply     ☐ Extract     ☐ Recirculation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Cleanliness class (risk)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High (for example laboratories, hospital treatment areas)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Medium (for example offices, hotels, schools)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Low (for example storage and technical rooms)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BESA TR19 Air, released in April 2024, is the specification for the internal cleanliness of general ventilation systems. Inspection starts with a visual check of whether cleaning is needed, and deposit tests show whether surfaces are within acceptable limits. Regulation 5 of the Workplace Regulations 1992 requires mechanical ventilation systems in workplaces to be maintained, including cleaned as appropriate.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Inspection and clean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Visual inspection result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Clean: no cleaning needed     ☐ Cleaning needed     ☐ Contaminated: specialist clean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Deposit test units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Microns (deposit thickness test)     ☐ g/m² (weight of dust)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Deposit test before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Deposit test after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ind w:left="0"/>
      </w:pPr>
      <w:r>
        <w:rPr>
          <w:b/>
          <w:i w:val="0"/>
          <w:sz w:val="21"/>
        </w:rPr>
        <w:t>Sections cleaned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Section or run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Length (m)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Method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Rotary brush     ☐ Compressed air     ☐ Hand clean     ☐ Vacuum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Before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After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Total length cleaned (m)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 panels fitted or used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Filters changed or cleaned?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Fire dampers checked and reset?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Report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Defects (damaged ductwork, insulation, missing access, mould)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Next inspection due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manager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manager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Completed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Ventilation Ductwork Cleaning Record. Printable copy from the SiteSurvey form library. Fill it in on a phone, with photos and signatures: sitesurvey.app/forms/ductwork-cleaning-record/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Ventilation Ductwork Cleaning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