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Construction variation order template</w:t>
      </w:r>
    </w:p>
    <w:p>
      <w:r>
        <w:t>Record a proposed change to an identified scope, its supporting evidence and the named decision.</w:t>
      </w:r>
    </w:p>
    <w:p>
      <w:r>
        <w:t>Complete the applicable sections. An asterisk marks a required field when that section applies. Copy repeat sections as needed and attach photographs separately.</w:t>
      </w:r>
    </w:p>
    <w:p>
      <w:pPr>
        <w:pStyle w:val="Heading1"/>
      </w:pPr>
      <w:r>
        <w:t>Scope and reference</w:t>
      </w:r>
    </w:p>
    <w:p>
      <w:pPr>
        <w:keepNext/>
        <w:ind w:left="0"/>
      </w:pPr>
      <w:r>
        <w:rPr>
          <w:b/>
        </w:rPr>
        <w:t>Project or site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Prepared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Work area or asset location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Contract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Original scope or drawing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Change requested by *</w:t>
      </w:r>
    </w:p>
    <w:p>
      <w:pPr>
        <w:ind w:left="0"/>
      </w:pPr>
      <w:r>
        <w:t>_________________________________________________________________</w:t>
      </w:r>
    </w:p>
    <w:p>
      <w:pPr>
        <w:pStyle w:val="Heading1"/>
      </w:pPr>
      <w:r>
        <w:t>Proposed change</w:t>
      </w:r>
    </w:p>
    <w:p>
      <w:pPr>
        <w:keepNext/>
        <w:ind w:left="0"/>
      </w:pPr>
      <w:r>
        <w:rPr>
          <w:b/>
        </w:rPr>
        <w:t>Type of change *</w:t>
      </w:r>
    </w:p>
    <w:p>
      <w:pPr>
        <w:ind w:left="0"/>
      </w:pPr>
      <w:r>
        <w:t>[ ] Addition    [ ] Omission    [ ] Alteration    [ ] Combination</w:t>
      </w:r>
    </w:p>
    <w:p>
      <w:pPr>
        <w:keepNext/>
        <w:ind w:left="0"/>
      </w:pPr>
      <w:r>
        <w:rPr>
          <w:b/>
        </w:rPr>
        <w:t>Proposed added, omitted or altered work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Reason for change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Related RFI or instruction reference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Supporting photos</w:t>
      </w:r>
    </w:p>
    <w:p>
      <w:pPr>
        <w:ind w:left="0"/>
      </w:pPr>
      <w:r>
        <w:t>Photo or attachment references: _________________________</w:t>
      </w:r>
    </w:p>
    <w:p>
      <w:pPr>
        <w:keepNext/>
        <w:ind w:left="0"/>
      </w:pPr>
      <w:r>
        <w:rPr>
          <w:b/>
        </w:rPr>
        <w:t>Supporting document references and revisions</w:t>
      </w:r>
    </w:p>
    <w:p>
      <w:pPr>
        <w:ind w:left="0"/>
      </w:pPr>
      <w:r>
        <w:t>_________________________________________________________________</w:t>
      </w:r>
    </w:p>
    <w:p>
      <w:pPr>
        <w:pStyle w:val="Heading1"/>
      </w:pPr>
      <w:r>
        <w:t>Proposed impacts</w:t>
      </w:r>
    </w:p>
    <w:p>
      <w:pPr>
        <w:keepNext/>
        <w:ind w:left="0"/>
      </w:pPr>
      <w:r>
        <w:rPr>
          <w:b/>
        </w:rPr>
        <w:t>Is a cost proposal available? *</w:t>
      </w:r>
    </w:p>
    <w:p>
      <w:pPr>
        <w:ind w:left="0"/>
      </w:pPr>
      <w:r>
        <w:t>[ ] Yes    [ ] Not yet    [ ] No cost change proposed</w:t>
      </w:r>
    </w:p>
    <w:p>
      <w:pPr>
        <w:pStyle w:val="Heading2"/>
      </w:pPr>
      <w:r>
        <w:t>Proposed cost items</w:t>
      </w:r>
    </w:p>
    <w:p>
      <w:pPr>
        <w:keepNext/>
      </w:pPr>
      <w:r>
        <w:t>Repeat for each entry. Complete when Is a cost proposal available? is Yes.</w:t>
      </w:r>
    </w:p>
    <w:p>
      <w:pPr>
        <w:keepNext/>
        <w:ind w:left="216"/>
      </w:pPr>
      <w:r>
        <w:rPr>
          <w:b/>
        </w:rPr>
        <w:t>Item description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Cost direction *</w:t>
      </w:r>
    </w:p>
    <w:p>
      <w:pPr>
        <w:ind w:left="216"/>
      </w:pPr>
      <w:r>
        <w:t>[ ] Addition    [ ] Omission</w:t>
      </w:r>
    </w:p>
    <w:p>
      <w:pPr>
        <w:keepNext/>
        <w:ind w:left="216"/>
      </w:pPr>
      <w:r>
        <w:rPr>
          <w:b/>
        </w:rPr>
        <w:t>Proposed amount excluding tax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Currency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Cost assumptions, exclusions and tax treatment</w:t>
      </w:r>
      <w:r>
        <w:rPr>
          <w:i/>
          <w:sz w:val="18"/>
        </w:rPr>
        <w:br/>
        <w:t>If applicable: Is a cost proposal available? is Yes.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Is a time impact proposed? *</w:t>
      </w:r>
    </w:p>
    <w:p>
      <w:pPr>
        <w:ind w:left="0"/>
      </w:pPr>
      <w:r>
        <w:t>[ ] Yes    [ ] No    [ ] Not yet known</w:t>
      </w:r>
    </w:p>
    <w:p>
      <w:pPr>
        <w:keepNext/>
        <w:ind w:left="0"/>
      </w:pPr>
      <w:r>
        <w:rPr>
          <w:b/>
        </w:rPr>
        <w:t>Proposed effect or information still required *</w:t>
      </w:r>
      <w:r>
        <w:rPr>
          <w:i/>
          <w:sz w:val="18"/>
        </w:rPr>
        <w:br/>
        <w:t>If applicable: Is a time impact proposed? is not No.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r>
        <w:rPr>
          <w:i/>
        </w:rPr>
        <w:t>Amounts are entered proposals, not an automatically calculated contract valuation. Record additions and omissions separately.</w:t>
      </w:r>
    </w:p>
    <w:p>
      <w:r>
        <w:br w:type="page"/>
      </w:r>
    </w:p>
    <w:p>
      <w:pPr>
        <w:pStyle w:val="Heading1"/>
      </w:pPr>
      <w:r>
        <w:t>Recorded decision</w:t>
      </w:r>
    </w:p>
    <w:p>
      <w:pPr>
        <w:keepNext/>
        <w:ind w:left="0"/>
      </w:pPr>
      <w:r>
        <w:rPr>
          <w:b/>
        </w:rPr>
        <w:t>Decision status *</w:t>
      </w:r>
    </w:p>
    <w:p>
      <w:pPr>
        <w:ind w:left="0"/>
      </w:pPr>
      <w:r>
        <w:t>[ ] Proposed    [ ] Under review    [ ] Accepted    [ ] Rejected    [ ] Further information required</w:t>
      </w:r>
    </w:p>
    <w:p>
      <w:pPr>
        <w:keepNext/>
        <w:ind w:left="0"/>
      </w:pPr>
      <w:r>
        <w:rPr>
          <w:b/>
        </w:rPr>
        <w:t>Decision recorded from *</w:t>
      </w:r>
      <w:r>
        <w:rPr>
          <w:i/>
          <w:sz w:val="18"/>
        </w:rPr>
        <w:br/>
        <w:t>If applicable: Decision status is Accepted or Decision status is Rejected.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Decision date *</w:t>
      </w:r>
      <w:r>
        <w:rPr>
          <w:i/>
          <w:sz w:val="18"/>
        </w:rPr>
        <w:br/>
        <w:t>If applicable: Decision status is Accepted or Decision status is Rejected.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Decision evidence, reference and any conditions *</w:t>
      </w:r>
      <w:r>
        <w:rPr>
          <w:i/>
          <w:sz w:val="18"/>
        </w:rPr>
        <w:br/>
        <w:t>If applicable: Decision status is Accepted or Decision status is Rejected.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Information required and responsible person *</w:t>
      </w:r>
      <w:r>
        <w:rPr>
          <w:i/>
          <w:sz w:val="18"/>
        </w:rPr>
        <w:br/>
        <w:t>If applicable: Decision status is Further information required.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r>
        <w:rPr>
          <w:i/>
        </w:rPr>
        <w:t>Use the notice, instruction and authorisation process required by the project contract. Completing this record does not by itself satisfy those requirements.</w:t>
      </w:r>
    </w:p>
    <w:p>
      <w:pPr>
        <w:pStyle w:val="Heading1"/>
      </w:pPr>
      <w:r>
        <w:t>Next action</w:t>
      </w:r>
    </w:p>
    <w:p>
      <w:pPr>
        <w:keepNext/>
        <w:ind w:left="0"/>
      </w:pPr>
      <w:r>
        <w:rPr>
          <w:b/>
        </w:rPr>
        <w:t>Action to take or no-action explanation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Responsible person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acknowledged by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Acknowledgement</w:t>
      </w:r>
    </w:p>
    <w:p>
      <w:pPr>
        <w:spacing w:after="280"/>
        <w:ind w:left="0"/>
      </w:pPr>
      <w:r>
        <w:t>Signature: ________________________________________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SiteSurvey  |  Construction variation order template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variation order template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