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Swimming Pool Plant and Water Checks</w:t>
      </w:r>
    </w:p>
    <w:p>
      <w:r>
        <w:rPr>
          <w:b w:val="0"/>
          <w:i w:val="0"/>
          <w:color w:val="5B706A"/>
          <w:sz w:val="20"/>
        </w:rPr>
        <w:t>A pool operator check record covering pool identity, operating procedures, water-test results, plant observations, exceptions and reopening decisions.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operator checks, not a complete pool safety operating procedure. It supplies no universal chemical limits or dosing instructions and does not certify water safety.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directs pool operators to assess risks and manage safe operation. PWTAG provides specialist water-treatment guidance. Use the pool’s documented operating procedures, trained staff and suitable testing arrangements.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Pool and procedure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Pool or water body ID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Operator and training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Operating procedure and current limit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Check time and bather load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Test kit, calibration or verification and reagent references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Water results</w:t>
      </w:r>
    </w:p>
    <w:p>
      <w:pPr>
        <w:keepNext/>
        <w:ind w:left="0"/>
      </w:pPr>
      <w:r>
        <w:rPr>
          <w:b/>
          <w:i w:val="0"/>
          <w:sz w:val="21"/>
        </w:rPr>
        <w:t>Water test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Sample point and time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Parameter such as pH or disinfectant residual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Actual result and unit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Pool-specific acceptable range and source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Comparison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Within range     ☐ Outside range     ☐ Invalid or uncertain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retest reference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Plant and response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Water clarity and visible contamination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Circulation, filtration and alarms checked to procedure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Chemical storage and dosing area visually checked within authority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Operational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Open under operating procedure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Restricted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Closed pending authorised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Escalation, retest and reopening authority reference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Record the response required by the site's approved procedure, who was informed and the subsequent verification result.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Plant condition evidence without identifiable bathers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Swimming Pool Plant and Water Checks. Printable copy from the SiteSurvey form library. Fill it in on a phone, with photos and signatures: sitesurvey.app/forms/swimming-pool-checklist/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Swimming Pool Plant and Water Checks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