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Signage Installation Sign-off</w:t>
      </w:r>
    </w:p>
    <w:p>
      <w:r>
        <w:rPr>
          <w:b w:val="0"/>
          <w:i w:val="0"/>
          <w:color w:val="5B706A"/>
          <w:sz w:val="20"/>
        </w:rPr>
        <w:t>A signage installation sign-off: each sign installed against the survey with its fixings, height, level, illumination and photos, removal and making good, consents and the customer's sign-off.</w:t>
      </w:r>
    </w:p>
    <w:p>
      <w:pPr>
        <w:keepNext/>
        <w:spacing w:before="240"/>
      </w:pPr>
      <w:r>
        <w:rPr>
          <w:b/>
          <w:i w:val="0"/>
          <w:color w:val="1B5E52"/>
          <w:sz w:val="26"/>
        </w:rPr>
        <w:t>1. Job</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Installation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Installation team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or job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Consents in place</w:t>
      </w:r>
      <w:r>
        <w:rPr>
          <w:b w:val="0"/>
          <w:i w:val="0"/>
          <w:color w:val="5B706A"/>
          <w:sz w:val="16"/>
        </w:rPr>
        <w:t xml:space="preserve">  (tick all that apply)</w:t>
      </w:r>
    </w:p>
    <w:p>
      <w:pPr>
        <w:keepNext/>
        <w:spacing w:after="0"/>
        <w:ind w:left="0"/>
      </w:pPr>
      <w:r>
        <w:rPr>
          <w:b w:val="0"/>
          <w:i w:val="0"/>
          <w:sz w:val="19"/>
        </w:rPr>
        <w:t>☐ Landlord or site owner permission</w:t>
      </w:r>
    </w:p>
    <w:p>
      <w:pPr>
        <w:keepNext/>
        <w:spacing w:after="0"/>
        <w:ind w:left="0"/>
      </w:pPr>
      <w:r>
        <w:rPr>
          <w:b w:val="0"/>
          <w:i w:val="0"/>
          <w:sz w:val="19"/>
        </w:rPr>
        <w:t>☐ Advertisement consent</w:t>
      </w:r>
    </w:p>
    <w:p>
      <w:pPr>
        <w:keepNext/>
        <w:spacing w:after="0"/>
        <w:ind w:left="0"/>
      </w:pPr>
      <w:r>
        <w:rPr>
          <w:b w:val="0"/>
          <w:i w:val="0"/>
          <w:sz w:val="19"/>
        </w:rPr>
        <w:t>☐ Highway authority permission</w:t>
      </w:r>
    </w:p>
    <w:p>
      <w:pPr>
        <w:keepNext w:val="0"/>
        <w:spacing w:after="120"/>
        <w:ind w:left="0"/>
      </w:pPr>
      <w:r>
        <w:rPr>
          <w:b w:val="0"/>
          <w:i w:val="0"/>
          <w:sz w:val="19"/>
        </w:rPr>
        <w:t>☐ None needed</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GOV.UK guide to outdoor advertisements (England): every sign needs the permission of the owner of the site, including the highway authority if it is on highway land. Some signs also need advertisement consent from the planning authority. Deemed consent for illuminated signs has limits and does not apply in conservation areas.</w:t>
            </w:r>
          </w:p>
        </w:tc>
      </w:tr>
    </w:tbl>
    <w:p>
      <w:pPr>
        <w:spacing w:after="0"/>
      </w:pPr>
    </w:p>
    <w:p>
      <w:pPr>
        <w:keepNext/>
        <w:spacing w:after="20"/>
        <w:ind w:left="0"/>
      </w:pPr>
      <w:r>
        <w:rPr>
          <w:b/>
          <w:i w:val="0"/>
          <w:sz w:val="19"/>
        </w:rPr>
        <w:t>Access equipment used</w:t>
      </w:r>
      <w:r>
        <w:rPr>
          <w:b w:val="0"/>
          <w:i w:val="0"/>
          <w:color w:val="5B706A"/>
          <w:sz w:val="16"/>
        </w:rPr>
        <w:t xml:space="preserve">  (tick all that apply)</w:t>
      </w:r>
    </w:p>
    <w:p>
      <w:pPr>
        <w:ind w:left="0"/>
      </w:pPr>
      <w:r>
        <w:rPr>
          <w:b w:val="0"/>
          <w:i w:val="0"/>
          <w:sz w:val="19"/>
        </w:rPr>
        <w:t>☐ Ladder     ☐ Podium or tower     ☐ MEWP     ☐ Scaffold</w:t>
      </w:r>
    </w:p>
    <w:p>
      <w:pPr>
        <w:keepNext/>
        <w:spacing w:before="240"/>
      </w:pPr>
      <w:r>
        <w:rPr>
          <w:b/>
          <w:i w:val="0"/>
          <w:color w:val="1B5E52"/>
          <w:sz w:val="26"/>
        </w:rPr>
        <w:t>2. Signs installed</w:t>
      </w:r>
    </w:p>
    <w:p>
      <w:pPr>
        <w:keepNext/>
        <w:ind w:left="0"/>
      </w:pPr>
      <w:r>
        <w:rPr>
          <w:b/>
          <w:i w:val="0"/>
          <w:sz w:val="21"/>
        </w:rPr>
        <w:t>Signs</w:t>
      </w:r>
      <w:r>
        <w:rPr>
          <w:b w:val="0"/>
          <w:i w:val="0"/>
          <w:color w:val="5B706A"/>
          <w:sz w:val="16"/>
        </w:rPr>
        <w:t xml:space="preserve">  (copy this block for each one)</w:t>
      </w:r>
    </w:p>
    <w:p>
      <w:pPr>
        <w:keepNext/>
        <w:spacing w:after="20"/>
        <w:ind w:left="454"/>
      </w:pPr>
      <w:r>
        <w:rPr>
          <w:b/>
          <w:i w:val="0"/>
          <w:sz w:val="19"/>
        </w:rPr>
        <w:t>Sign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Installed as surveyed and approved?</w:t>
      </w:r>
    </w:p>
    <w:p>
      <w:pPr>
        <w:ind w:left="454"/>
      </w:pPr>
      <w:r>
        <w:rPr>
          <w:b w:val="0"/>
          <w:i w:val="0"/>
          <w:sz w:val="19"/>
        </w:rPr>
        <w:t>☐ Yes     ☐ No</w:t>
      </w:r>
    </w:p>
    <w:p>
      <w:pPr>
        <w:keepNext/>
        <w:spacing w:after="20"/>
        <w:ind w:left="454"/>
      </w:pPr>
      <w:r>
        <w:rPr>
          <w:b/>
          <w:i w:val="0"/>
          <w:sz w:val="19"/>
        </w:rPr>
        <w:t>What changed?</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Fixings used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to the bottom of the sign (mm)</w:t>
      </w:r>
    </w:p>
    <w:p>
      <w:pPr>
        <w:spacing w:after="20"/>
        <w:ind w:left="454"/>
      </w:pPr>
      <w:r>
        <w:rPr>
          <w:b w:val="0"/>
          <w:i w:val="0"/>
          <w:color w:val="5B706A"/>
          <w:sz w:val="17"/>
        </w:rPr>
        <w:t>Deemed consent for an illuminated sign needs it to be at least 2.5 m up at its lowest point.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Level, plumb and secure?</w:t>
      </w:r>
    </w:p>
    <w:p>
      <w:pPr>
        <w:ind w:left="454"/>
      </w:pPr>
      <w:r>
        <w:rPr>
          <w:b w:val="0"/>
          <w:i w:val="0"/>
          <w:sz w:val="19"/>
        </w:rPr>
        <w:t>☐ Yes     ☐ No</w:t>
      </w:r>
    </w:p>
    <w:p>
      <w:pPr>
        <w:keepNext/>
        <w:spacing w:after="20"/>
        <w:ind w:left="454"/>
      </w:pPr>
      <w:r>
        <w:rPr>
          <w:b/>
          <w:i w:val="0"/>
          <w:sz w:val="19"/>
        </w:rPr>
        <w:t>Illuminated?</w:t>
      </w:r>
    </w:p>
    <w:p>
      <w:pPr>
        <w:ind w:left="454"/>
      </w:pPr>
      <w:r>
        <w:rPr>
          <w:b w:val="0"/>
          <w:i w:val="0"/>
          <w:sz w:val="19"/>
        </w:rPr>
        <w:t>☐ Yes     ☐ No</w:t>
      </w:r>
    </w:p>
    <w:p>
      <w:pPr>
        <w:keepNext/>
        <w:spacing w:after="20"/>
        <w:ind w:left="454"/>
      </w:pPr>
      <w:r>
        <w:rPr>
          <w:b/>
          <w:i w:val="0"/>
          <w:sz w:val="19"/>
        </w:rPr>
        <w:t>Lighting tested and working?</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Connected by (electrician)</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Old sign removed and surface made good?</w:t>
      </w:r>
    </w:p>
    <w:p>
      <w:pPr>
        <w:ind w:left="454"/>
      </w:pPr>
      <w:r>
        <w:rPr>
          <w:b w:val="0"/>
          <w:i w:val="0"/>
          <w:sz w:val="19"/>
        </w:rPr>
        <w:t>☐ Yes     ☐ No</w:t>
      </w:r>
    </w:p>
    <w:p>
      <w:pPr>
        <w:keepNext/>
        <w:spacing w:after="20"/>
        <w:ind w:left="454"/>
      </w:pPr>
      <w:r>
        <w:rPr>
          <w:b/>
          <w:i w:val="0"/>
          <w:sz w:val="19"/>
        </w:rPr>
        <w:t>Photos after installation</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Result</w:t>
      </w:r>
      <w:r>
        <w:rPr>
          <w:b w:val="0"/>
          <w:i w:val="0"/>
          <w:color w:val="5B706A"/>
          <w:sz w:val="16"/>
        </w:rPr>
        <w:t xml:space="preserve">  (choose one)</w:t>
      </w:r>
    </w:p>
    <w:p>
      <w:pPr>
        <w:ind w:left="454"/>
      </w:pPr>
      <w:r>
        <w:rPr>
          <w:b w:val="0"/>
          <w:i w:val="0"/>
          <w:sz w:val="19"/>
        </w:rPr>
        <w:t>☐ Complete     ☐ Snag to return to</w:t>
      </w:r>
    </w:p>
    <w:p>
      <w:pPr>
        <w:keepNext/>
        <w:spacing w:after="20"/>
        <w:ind w:left="454"/>
      </w:pPr>
      <w:r>
        <w:rPr>
          <w:b/>
          <w:i w:val="0"/>
          <w:sz w:val="19"/>
        </w:rPr>
        <w:t>Snag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Snags to return to</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Sign-off</w:t>
      </w:r>
    </w:p>
    <w:p>
      <w:pPr>
        <w:keepNext/>
        <w:spacing w:after="20"/>
        <w:ind w:left="0"/>
      </w:pPr>
      <w:r>
        <w:rPr>
          <w:b/>
          <w:i w:val="0"/>
          <w:sz w:val="19"/>
        </w:rPr>
        <w:t>Site left clean and waste removed?</w:t>
      </w:r>
    </w:p>
    <w:p>
      <w:pPr>
        <w:ind w:left="0"/>
      </w:pPr>
      <w:r>
        <w:rPr>
          <w:b w:val="0"/>
          <w:i w:val="0"/>
          <w:sz w:val="19"/>
        </w:rPr>
        <w:t>☐ Yes     ☐ No</w:t>
      </w:r>
    </w:p>
    <w:p>
      <w:pPr>
        <w:keepNext/>
        <w:spacing w:after="20"/>
        <w:ind w:left="0"/>
      </w:pPr>
      <w:r>
        <w:rPr>
          <w:b/>
          <w:i w:val="0"/>
          <w:sz w:val="19"/>
        </w:rPr>
        <w:t>Notes for the customer</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Installer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Signage Installation Sign-off. Printable copy from the SiteSurvey form library. Fill it in on a phone, with photos and signatures: sitesurvey.app/forms/sign-installation-checklist/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Signage Installation Sign-off</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