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Roof Survey and Measure</w:t>
      </w:r>
    </w:p>
    <w:p>
      <w:r>
        <w:rPr>
          <w:b w:val="0"/>
          <w:i w:val="0"/>
          <w:color w:val="5B706A"/>
          <w:sz w:val="20"/>
        </w:rPr>
        <w:t>A roof survey and measure for quoting: each slope with its covering, eaves and rafter lengths, area and pitch, ridges, hips, valleys and rainwater goods, access, fragile surfaces and asbestos.</w:t>
      </w:r>
    </w:p>
    <w:p>
      <w:pPr>
        <w:keepNext/>
        <w:spacing w:before="240"/>
      </w:pPr>
      <w:r>
        <w:rPr>
          <w:b/>
          <w:i w:val="0"/>
          <w:color w:val="1B5E52"/>
          <w:sz w:val="26"/>
        </w:rPr>
        <w:t>1. Property and access</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Surveyed by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Roof type</w:t>
      </w:r>
      <w:r>
        <w:rPr>
          <w:b w:val="0"/>
          <w:i w:val="0"/>
          <w:color w:val="5B706A"/>
          <w:sz w:val="16"/>
        </w:rPr>
        <w:t xml:space="preserve">  (choose one)</w:t>
      </w:r>
    </w:p>
    <w:p>
      <w:pPr>
        <w:ind w:left="0"/>
      </w:pPr>
      <w:r>
        <w:rPr>
          <w:b w:val="0"/>
          <w:i w:val="0"/>
          <w:sz w:val="19"/>
        </w:rPr>
        <w:t>☐ Pitched     ☐ Flat     ☐ Mixed pitched and flat     ☐ Mansard     ☐ Other</w:t>
      </w:r>
    </w:p>
    <w:p>
      <w:pPr>
        <w:keepNext/>
        <w:spacing w:after="20"/>
        <w:ind w:left="0"/>
      </w:pPr>
      <w:r>
        <w:rPr>
          <w:b/>
          <w:i w:val="0"/>
          <w:sz w:val="19"/>
        </w:rPr>
        <w:t>Age of the property</w:t>
      </w:r>
      <w:r>
        <w:rPr>
          <w:b w:val="0"/>
          <w:i w:val="0"/>
          <w:color w:val="5B706A"/>
          <w:sz w:val="16"/>
        </w:rPr>
        <w:t xml:space="preserve">  (choose one)</w:t>
      </w:r>
    </w:p>
    <w:p>
      <w:pPr>
        <w:keepNext/>
        <w:spacing w:after="0"/>
        <w:ind w:left="0"/>
      </w:pPr>
      <w:r>
        <w:rPr>
          <w:b w:val="0"/>
          <w:i w:val="0"/>
          <w:sz w:val="19"/>
        </w:rPr>
        <w:t>☐ Before 1919</w:t>
      </w:r>
    </w:p>
    <w:p>
      <w:pPr>
        <w:keepNext/>
        <w:spacing w:after="0"/>
        <w:ind w:left="0"/>
      </w:pPr>
      <w:r>
        <w:rPr>
          <w:b w:val="0"/>
          <w:i w:val="0"/>
          <w:sz w:val="19"/>
        </w:rPr>
        <w:t>☐ 1919 to 1944</w:t>
      </w:r>
    </w:p>
    <w:p>
      <w:pPr>
        <w:keepNext/>
        <w:spacing w:after="0"/>
        <w:ind w:left="0"/>
      </w:pPr>
      <w:r>
        <w:rPr>
          <w:b w:val="0"/>
          <w:i w:val="0"/>
          <w:sz w:val="19"/>
        </w:rPr>
        <w:t>☐ 1945 to 1979</w:t>
      </w:r>
    </w:p>
    <w:p>
      <w:pPr>
        <w:keepNext/>
        <w:spacing w:after="0"/>
        <w:ind w:left="0"/>
      </w:pPr>
      <w:r>
        <w:rPr>
          <w:b w:val="0"/>
          <w:i w:val="0"/>
          <w:sz w:val="19"/>
        </w:rPr>
        <w:t>☐ 1980 to 1999</w:t>
      </w:r>
    </w:p>
    <w:p>
      <w:pPr>
        <w:keepNext/>
        <w:spacing w:after="0"/>
        <w:ind w:left="0"/>
      </w:pPr>
      <w:r>
        <w:rPr>
          <w:b w:val="0"/>
          <w:i w:val="0"/>
          <w:sz w:val="19"/>
        </w:rPr>
        <w:t>☐ 2000 or later</w:t>
      </w:r>
    </w:p>
    <w:p>
      <w:pPr>
        <w:keepNext w:val="0"/>
        <w:spacing w:after="120"/>
        <w:ind w:left="0"/>
      </w:pPr>
      <w:r>
        <w:rPr>
          <w:b w:val="0"/>
          <w:i w:val="0"/>
          <w:sz w:val="19"/>
        </w:rPr>
        <w:t>☐ Not known</w:t>
      </w:r>
    </w:p>
    <w:p>
      <w:pPr>
        <w:keepNext/>
        <w:spacing w:after="20"/>
        <w:ind w:left="0"/>
      </w:pPr>
      <w:r>
        <w:rPr>
          <w:b/>
          <w:i w:val="0"/>
          <w:sz w:val="19"/>
        </w:rPr>
        <w:t>Access needed</w:t>
      </w:r>
      <w:r>
        <w:rPr>
          <w:b w:val="0"/>
          <w:i w:val="0"/>
          <w:color w:val="5B706A"/>
          <w:sz w:val="16"/>
        </w:rPr>
        <w:t xml:space="preserve">  (tick all that apply)</w:t>
      </w:r>
    </w:p>
    <w:p>
      <w:pPr>
        <w:keepNext/>
        <w:spacing w:after="0"/>
        <w:ind w:left="0"/>
      </w:pPr>
      <w:r>
        <w:rPr>
          <w:b w:val="0"/>
          <w:i w:val="0"/>
          <w:sz w:val="19"/>
        </w:rPr>
        <w:t>☐ Scaffold</w:t>
      </w:r>
    </w:p>
    <w:p>
      <w:pPr>
        <w:keepNext/>
        <w:spacing w:after="0"/>
        <w:ind w:left="0"/>
      </w:pPr>
      <w:r>
        <w:rPr>
          <w:b w:val="0"/>
          <w:i w:val="0"/>
          <w:sz w:val="19"/>
        </w:rPr>
        <w:t>☐ Tower</w:t>
      </w:r>
    </w:p>
    <w:p>
      <w:pPr>
        <w:keepNext/>
        <w:spacing w:after="0"/>
        <w:ind w:left="0"/>
      </w:pPr>
      <w:r>
        <w:rPr>
          <w:b w:val="0"/>
          <w:i w:val="0"/>
          <w:sz w:val="19"/>
        </w:rPr>
        <w:t>☐ MEWP</w:t>
      </w:r>
    </w:p>
    <w:p>
      <w:pPr>
        <w:keepNext/>
        <w:spacing w:after="0"/>
        <w:ind w:left="0"/>
      </w:pPr>
      <w:r>
        <w:rPr>
          <w:b w:val="0"/>
          <w:i w:val="0"/>
          <w:sz w:val="19"/>
        </w:rPr>
        <w:t>☐ Roof ladder</w:t>
      </w:r>
    </w:p>
    <w:p>
      <w:pPr>
        <w:keepNext/>
        <w:spacing w:after="0"/>
        <w:ind w:left="0"/>
      </w:pPr>
      <w:r>
        <w:rPr>
          <w:b w:val="0"/>
          <w:i w:val="0"/>
          <w:sz w:val="19"/>
        </w:rPr>
        <w:t>☐ Edge protection</w:t>
      </w:r>
    </w:p>
    <w:p>
      <w:pPr>
        <w:keepNext w:val="0"/>
        <w:spacing w:after="120"/>
        <w:ind w:left="0"/>
      </w:pPr>
      <w:r>
        <w:rPr>
          <w:b w:val="0"/>
          <w:i w:val="0"/>
          <w:sz w:val="19"/>
        </w:rPr>
        <w:t>☐ Other: ____________</w:t>
      </w:r>
    </w:p>
    <w:p>
      <w:pPr>
        <w:keepNext/>
        <w:spacing w:after="20"/>
        <w:ind w:left="0"/>
      </w:pPr>
      <w:r>
        <w:rPr>
          <w:b/>
          <w:i w:val="0"/>
          <w:sz w:val="19"/>
        </w:rPr>
        <w:t>Are there fragile surfaces, such as rooflights or sheeted roofs?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the main causes of death and injury in roof work are falls from roof edges or openings and through fragile roofs and rooflights. Treat all roofs as fragile until a competent person has confirmed they are not. The Work at Height Regulations 2005, regulation 9, require steps to prevent anyone falling through a fragile surface: no passing across or near, or working on or near, a fragile surface where it is reasonably practicable to work safely another way; otherwise suitable platforms, coverings, guard rails or other means, and warning notices at the approach. HSE guidance HSG33, Health and safety in roof work, sets out how.</w:t>
            </w:r>
          </w:p>
        </w:tc>
      </w:tr>
    </w:tbl>
    <w:p>
      <w:pPr>
        <w:spacing w:after="0"/>
      </w:pPr>
    </w:p>
    <w:p>
      <w:pPr>
        <w:keepNext/>
        <w:spacing w:after="20"/>
        <w:ind w:left="0"/>
      </w:pPr>
      <w:r>
        <w:rPr>
          <w:b/>
          <w:i w:val="0"/>
          <w:sz w:val="19"/>
        </w:rPr>
        <w:t>Could any material contain asbestos (for example cement sheets or tiles, soffits or undercloaks)?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asbestos can be present in any building built or refurbished before 2000, including asbestos cement roof sheets and tiles, soffits and undercloaks. Have suspect materials checked before quoting work that disturbs them.</w:t>
            </w:r>
          </w:p>
        </w:tc>
      </w:tr>
    </w:tbl>
    <w:p>
      <w:pPr>
        <w:spacing w:after="0"/>
      </w:pPr>
    </w:p>
    <w:p>
      <w:pPr>
        <w:keepNext/>
        <w:spacing w:after="20"/>
        <w:ind w:left="0"/>
      </w:pPr>
      <w:r>
        <w:rPr>
          <w:b/>
          <w:i w:val="0"/>
          <w:sz w:val="19"/>
        </w:rPr>
        <w:t>Walk Cam: roof survey</w:t>
      </w:r>
    </w:p>
    <w:p>
      <w:pPr>
        <w:spacing w:after="20"/>
        <w:ind w:left="0"/>
      </w:pPr>
      <w:r>
        <w:rPr>
          <w:b w:val="0"/>
          <w:i w:val="0"/>
          <w:color w:val="5B706A"/>
          <w:sz w:val="17"/>
        </w:rPr>
        <w:t>Walk Cam video walk-through: available in the SiteSurvey app only.</w:t>
      </w:r>
    </w:p>
    <w:p>
      <w:pPr>
        <w:keepNext/>
        <w:spacing w:after="20"/>
        <w:ind w:left="0"/>
      </w:pPr>
      <w:r>
        <w:rPr>
          <w:b/>
          <w:i w:val="0"/>
          <w:sz w:val="19"/>
        </w:rPr>
        <w:t>Weather capture</w:t>
      </w:r>
    </w:p>
    <w:p>
      <w:pPr>
        <w:spacing w:after="20"/>
        <w:ind w:left="0"/>
      </w:pPr>
      <w:r>
        <w:rPr>
          <w:b w:val="0"/>
          <w:i w:val="0"/>
          <w:color w:val="5B706A"/>
          <w:sz w:val="17"/>
        </w:rPr>
        <w:t>Digital form: use Record current conditions. On paper, record date/time, temperature (°C), wind (mph and direction), conditions and source. Keep observed conditions separate from forecast estimates.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Slopes and areas</w:t>
      </w:r>
    </w:p>
    <w:p>
      <w:pPr>
        <w:keepNext/>
        <w:ind w:left="0"/>
      </w:pPr>
      <w:r>
        <w:rPr>
          <w:b/>
          <w:i w:val="0"/>
          <w:sz w:val="21"/>
        </w:rPr>
        <w:t>Roof slopes or flat areas</w:t>
      </w:r>
      <w:r>
        <w:rPr>
          <w:b w:val="0"/>
          <w:i w:val="0"/>
          <w:color w:val="5B706A"/>
          <w:sz w:val="16"/>
        </w:rPr>
        <w:t xml:space="preserve">  (copy this block for each one)</w:t>
      </w:r>
    </w:p>
    <w:p>
      <w:pPr>
        <w:keepNext/>
        <w:spacing w:after="20"/>
        <w:ind w:left="454"/>
      </w:pPr>
      <w:r>
        <w:rPr>
          <w:b/>
          <w:i w:val="0"/>
          <w:sz w:val="19"/>
        </w:rPr>
        <w:t>Slope reference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Covering</w:t>
      </w:r>
      <w:r>
        <w:rPr>
          <w:b w:val="0"/>
          <w:i w:val="0"/>
          <w:color w:val="5B706A"/>
          <w:sz w:val="16"/>
        </w:rPr>
        <w:t xml:space="preserve">  (choose one)</w:t>
      </w:r>
    </w:p>
    <w:p>
      <w:pPr>
        <w:keepNext/>
        <w:spacing w:after="0"/>
        <w:ind w:left="454"/>
      </w:pPr>
      <w:r>
        <w:rPr>
          <w:b w:val="0"/>
          <w:i w:val="0"/>
          <w:sz w:val="19"/>
        </w:rPr>
        <w:t>☐ Concrete tiles</w:t>
      </w:r>
    </w:p>
    <w:p>
      <w:pPr>
        <w:keepNext/>
        <w:spacing w:after="0"/>
        <w:ind w:left="454"/>
      </w:pPr>
      <w:r>
        <w:rPr>
          <w:b w:val="0"/>
          <w:i w:val="0"/>
          <w:sz w:val="19"/>
        </w:rPr>
        <w:t>☐ Clay tiles</w:t>
      </w:r>
    </w:p>
    <w:p>
      <w:pPr>
        <w:keepNext/>
        <w:spacing w:after="0"/>
        <w:ind w:left="454"/>
      </w:pPr>
      <w:r>
        <w:rPr>
          <w:b w:val="0"/>
          <w:i w:val="0"/>
          <w:sz w:val="19"/>
        </w:rPr>
        <w:t>☐ Slate</w:t>
      </w:r>
    </w:p>
    <w:p>
      <w:pPr>
        <w:keepNext/>
        <w:spacing w:after="0"/>
        <w:ind w:left="454"/>
      </w:pPr>
      <w:r>
        <w:rPr>
          <w:b w:val="0"/>
          <w:i w:val="0"/>
          <w:sz w:val="19"/>
        </w:rPr>
        <w:t>☐ Fibre cement slate</w:t>
      </w:r>
    </w:p>
    <w:p>
      <w:pPr>
        <w:keepNext/>
        <w:spacing w:after="0"/>
        <w:ind w:left="454"/>
      </w:pPr>
      <w:r>
        <w:rPr>
          <w:b w:val="0"/>
          <w:i w:val="0"/>
          <w:sz w:val="19"/>
        </w:rPr>
        <w:t>☐ Felt</w:t>
      </w:r>
    </w:p>
    <w:p>
      <w:pPr>
        <w:keepNext/>
        <w:spacing w:after="0"/>
        <w:ind w:left="454"/>
      </w:pPr>
      <w:r>
        <w:rPr>
          <w:b w:val="0"/>
          <w:i w:val="0"/>
          <w:sz w:val="19"/>
        </w:rPr>
        <w:t>☐ EPDM</w:t>
      </w:r>
    </w:p>
    <w:p>
      <w:pPr>
        <w:keepNext/>
        <w:spacing w:after="0"/>
        <w:ind w:left="454"/>
      </w:pPr>
      <w:r>
        <w:rPr>
          <w:b w:val="0"/>
          <w:i w:val="0"/>
          <w:sz w:val="19"/>
        </w:rPr>
        <w:t>☐ GRP</w:t>
      </w:r>
    </w:p>
    <w:p>
      <w:pPr>
        <w:keepNext/>
        <w:spacing w:after="0"/>
        <w:ind w:left="454"/>
      </w:pPr>
      <w:r>
        <w:rPr>
          <w:b w:val="0"/>
          <w:i w:val="0"/>
          <w:sz w:val="19"/>
        </w:rPr>
        <w:t>☐ Metal sheet</w:t>
      </w:r>
    </w:p>
    <w:p>
      <w:pPr>
        <w:keepNext w:val="0"/>
        <w:spacing w:after="120"/>
        <w:ind w:left="454"/>
      </w:pPr>
      <w:r>
        <w:rPr>
          <w:b w:val="0"/>
          <w:i w:val="0"/>
          <w:sz w:val="19"/>
        </w:rPr>
        <w:t>☐ Other</w:t>
      </w:r>
    </w:p>
    <w:p>
      <w:pPr>
        <w:keepNext/>
        <w:spacing w:after="20"/>
        <w:ind w:left="454"/>
      </w:pPr>
      <w:r>
        <w:rPr>
          <w:b/>
          <w:i w:val="0"/>
          <w:sz w:val="19"/>
        </w:rPr>
        <w:t>Eaves length (m) *</w:t>
      </w:r>
    </w:p>
    <w:p>
      <w:pPr>
        <w:spacing w:after="20"/>
        <w:ind w:left="454"/>
      </w:pPr>
      <w:r>
        <w:rPr>
          <w:b w:val="0"/>
          <w:i w:val="0"/>
          <w:color w:val="5B706A"/>
          <w:sz w:val="17"/>
        </w:rPr>
        <w:t>Measuring from a photo gives an estimate. Check key lengths with a tape before ordering.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Length along the top edge (m) *</w:t>
      </w:r>
    </w:p>
    <w:p>
      <w:pPr>
        <w:spacing w:after="20"/>
        <w:ind w:left="454"/>
      </w:pPr>
      <w:r>
        <w:rPr>
          <w:b w:val="0"/>
          <w:i w:val="0"/>
          <w:color w:val="5B706A"/>
          <w:sz w:val="17"/>
        </w:rPr>
        <w:t>The ridge or top edge of this slope. The same as the eaves for a rectangular slope, 0 for a triangular hip end.</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Rafter length, eaves to ridge, measured up the slope (m) *</w:t>
      </w:r>
    </w:p>
    <w:p>
      <w:pPr>
        <w:spacing w:after="20"/>
        <w:ind w:left="454"/>
      </w:pPr>
      <w:r>
        <w:rPr>
          <w:b w:val="0"/>
          <w:i w:val="0"/>
          <w:color w:val="5B706A"/>
          <w:sz w:val="17"/>
        </w:rPr>
        <w:t>Measuring from a photo gives an estimate. Check key lengths with a tape before ordering.</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Slope area (m²)</w:t>
      </w:r>
      <w:r>
        <w:rPr>
          <w:b w:val="0"/>
          <w:i w:val="0"/>
          <w:color w:val="5B706A"/>
          <w:sz w:val="16"/>
        </w:rPr>
        <w:t xml:space="preserve">  (if applicable; worked out automatically in the app)</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Pitch (degrees)</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Condition</w:t>
      </w:r>
      <w:r>
        <w:rPr>
          <w:b w:val="0"/>
          <w:i w:val="0"/>
          <w:color w:val="5B706A"/>
          <w:sz w:val="16"/>
        </w:rPr>
        <w:t xml:space="preserve">  (choose one)</w:t>
      </w:r>
    </w:p>
    <w:p>
      <w:pPr>
        <w:ind w:left="454"/>
      </w:pPr>
      <w:r>
        <w:rPr>
          <w:b w:val="0"/>
          <w:i w:val="0"/>
          <w:sz w:val="19"/>
        </w:rPr>
        <w:t>☐ Good     ☐ Fair     ☐ Poor     ☐ Failed</w:t>
      </w:r>
    </w:p>
    <w:p>
      <w:pPr>
        <w:keepNext/>
        <w:spacing w:after="20"/>
        <w:ind w:left="454"/>
      </w:pPr>
      <w:r>
        <w:rPr>
          <w:b/>
          <w:i w:val="0"/>
          <w:sz w:val="19"/>
        </w:rPr>
        <w:t>Defects</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Photos</w:t>
      </w:r>
      <w:r>
        <w:rPr>
          <w:b w:val="0"/>
          <w:i w:val="0"/>
          <w:color w:val="5B706A"/>
          <w:sz w:val="16"/>
        </w:rPr>
        <w:t xml:space="preserve">  (photos: attach, or note the file names)</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Total roof area (m²)</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Ridges, valleys and rainwater</w:t>
      </w:r>
    </w:p>
    <w:p>
      <w:pPr>
        <w:keepNext/>
        <w:spacing w:after="20"/>
        <w:ind w:left="0"/>
      </w:pPr>
      <w:r>
        <w:rPr>
          <w:b/>
          <w:i w:val="0"/>
          <w:sz w:val="19"/>
        </w:rPr>
        <w:t>Ridge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Hips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Valleys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Verges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Abutment flashings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Gutters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Downpipes (m)</w:t>
      </w:r>
    </w:p>
    <w:p>
      <w:pPr>
        <w:spacing w:after="20"/>
        <w:ind w:left="0"/>
      </w:pPr>
      <w:r>
        <w:rPr>
          <w:b w:val="0"/>
          <w:i w:val="0"/>
          <w:color w:val="5B706A"/>
          <w:sz w:val="17"/>
        </w:rPr>
        <w:t>Measuring from a photo gives an estimate. Check key lengths with a tape before ordering.</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Chimney stacks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Rooflights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Fascias, soffits and bargeboards</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Work recommended</w:t>
      </w:r>
    </w:p>
    <w:p>
      <w:pPr>
        <w:keepNext/>
        <w:spacing w:after="40"/>
        <w:ind w:left="0"/>
      </w:pPr>
      <w:r>
        <w:rPr>
          <w:b w:val="0"/>
          <w:i w:val="0"/>
          <w:color w:val="9FB1A3"/>
          <w:sz w:val="19"/>
        </w:rPr>
        <w:t>______________________________________________________________________________</w:t>
      </w:r>
    </w:p>
    <w:p>
      <w:pPr>
        <w:keepNext/>
        <w:spacing w:after="40"/>
        <w:ind w:left="0"/>
      </w:pPr>
      <w:r>
        <w:rPr>
          <w:b w:val="0"/>
          <w:i w:val="0"/>
          <w:color w:val="9FB1A3"/>
          <w:sz w:val="19"/>
        </w:rPr>
        <w:t>______________________________________________________________________________</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Priority</w:t>
      </w:r>
      <w:r>
        <w:rPr>
          <w:b w:val="0"/>
          <w:i w:val="0"/>
          <w:color w:val="5B706A"/>
          <w:sz w:val="16"/>
        </w:rPr>
        <w:t xml:space="preserve">  (choose one)</w:t>
      </w:r>
    </w:p>
    <w:p>
      <w:pPr>
        <w:ind w:left="454"/>
      </w:pPr>
      <w:r>
        <w:rPr>
          <w:b w:val="0"/>
          <w:i w:val="0"/>
          <w:sz w:val="19"/>
        </w:rPr>
        <w:t>☐ Urgent     ☐ High     ☐ Medium     ☐ Low</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Roof Survey and Measure. Printable copy from the SiteSurvey form library. Fill it in on a phone, with photos and signatures: sitesurvey.app/forms/roof-measurement-survey-template/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Survey and Measure</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