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RMA form template</w:t>
      </w:r>
    </w:p>
    <w:p>
      <w:r>
        <w:t>Record equipment return authorisation, reported faults, arrival condition and the proposed resolution in one traceable record.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Return request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Customer or organisation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Order or invoice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RMA number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Return authorisation status *</w:t>
      </w:r>
    </w:p>
    <w:p>
      <w:pPr>
        <w:ind w:left="0"/>
      </w:pPr>
      <w:r>
        <w:t>[ ] Requested    [ ] Authorised    [ ] Declined</w:t>
      </w:r>
    </w:p>
    <w:p>
      <w:pPr>
        <w:keepNext/>
        <w:ind w:left="0"/>
      </w:pPr>
      <w:r>
        <w:rPr>
          <w:b/>
        </w:rPr>
        <w:t>Authorisation recorded from *</w:t>
      </w:r>
      <w:r>
        <w:rPr>
          <w:i/>
          <w:sz w:val="18"/>
        </w:rPr>
        <w:br/>
        <w:t>If applicable: Return authorisation status is not Requested.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Return instructions or reason declined *</w:t>
      </w:r>
      <w:r>
        <w:rPr>
          <w:i/>
          <w:sz w:val="18"/>
        </w:rPr>
        <w:br/>
        <w:t>If applicable: Return authorisation status is not Requested.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Equipment and reported fault</w:t>
      </w:r>
    </w:p>
    <w:p>
      <w:pPr>
        <w:pStyle w:val="Heading2"/>
      </w:pPr>
      <w:r>
        <w:t>Returned item entries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Product and model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Serial number or asset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Quantity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Reported fault or reason for return *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Accessories included or none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Warranty or purchase evidence reference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Item and packaging photos</w:t>
      </w:r>
    </w:p>
    <w:p>
      <w:pPr>
        <w:ind w:left="0"/>
      </w:pPr>
      <w:r>
        <w:t>Photo or attachment references: _________________________</w:t>
      </w:r>
    </w:p>
    <w:p>
      <w:r>
        <w:rPr>
          <w:i/>
        </w:rPr>
        <w:t>Do not record passwords or copy personal files into this form. Follow the agreed procedure for equipment containing customer data.</w:t>
      </w:r>
    </w:p>
    <w:p>
      <w:pPr>
        <w:pStyle w:val="Heading1"/>
      </w:pPr>
      <w:r>
        <w:t>Receipt and assessment</w:t>
      </w:r>
    </w:p>
    <w:p>
      <w:pPr>
        <w:keepNext/>
        <w:ind w:left="0"/>
      </w:pPr>
      <w:r>
        <w:rPr>
          <w:b/>
        </w:rPr>
        <w:t>Have the items arrived? *</w:t>
      </w:r>
    </w:p>
    <w:p>
      <w:pPr>
        <w:ind w:left="0"/>
      </w:pPr>
      <w:r>
        <w:t>[ ] Yes    [ ] Not yet</w:t>
      </w:r>
    </w:p>
    <w:p>
      <w:pPr>
        <w:keepNext/>
        <w:ind w:left="0"/>
      </w:pPr>
      <w:r>
        <w:rPr>
          <w:b/>
        </w:rPr>
        <w:t>Date received *</w:t>
      </w:r>
      <w:r>
        <w:rPr>
          <w:i/>
          <w:sz w:val="18"/>
        </w:rPr>
        <w:br/>
        <w:t>If applicable: Have the items arrived? is Yes.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Received by *</w:t>
      </w:r>
      <w:r>
        <w:rPr>
          <w:i/>
          <w:sz w:val="18"/>
        </w:rPr>
        <w:br/>
        <w:t>If applicable: Have the items arrived? is Yes.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Packaging, arrival condition and missing items *</w:t>
      </w:r>
      <w:r>
        <w:rPr>
          <w:i/>
          <w:sz w:val="18"/>
        </w:rPr>
        <w:br/>
        <w:t>If applicable: Have the items arrived? is Yes.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Assessment status *</w:t>
      </w:r>
    </w:p>
    <w:p>
      <w:pPr>
        <w:ind w:left="0"/>
      </w:pPr>
      <w:r>
        <w:t>[ ] Not assessed    [ ] Assessment complete</w:t>
      </w:r>
    </w:p>
    <w:p>
      <w:pPr>
        <w:keepNext/>
        <w:ind w:left="0"/>
      </w:pPr>
      <w:r>
        <w:rPr>
          <w:b/>
        </w:rPr>
        <w:t>Assessment findings and evidence reference *</w:t>
      </w:r>
      <w:r>
        <w:rPr>
          <w:i/>
          <w:sz w:val="18"/>
        </w:rPr>
        <w:br/>
        <w:t>If applicable: Assessment status is Assessment complete.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Assessed by *</w:t>
      </w:r>
      <w:r>
        <w:rPr>
          <w:i/>
          <w:sz w:val="18"/>
        </w:rPr>
        <w:br/>
        <w:t>If applicable: Assessment status is Assessment complete.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Outcome and next action</w:t>
      </w:r>
    </w:p>
    <w:p>
      <w:pPr>
        <w:keepNext/>
        <w:ind w:left="0"/>
      </w:pPr>
      <w:r>
        <w:rPr>
          <w:b/>
        </w:rPr>
        <w:t>Recorded outcome *</w:t>
      </w:r>
    </w:p>
    <w:p>
      <w:pPr>
        <w:ind w:left="0"/>
      </w:pPr>
      <w:r>
        <w:t>[ ] Pending decision    [ ] Repair proposed    [ ] Replacement proposed    [ ] Credit proposed    [ ] Return without repair</w:t>
      </w:r>
    </w:p>
    <w:p>
      <w:pPr>
        <w:keepNext/>
        <w:ind w:left="0"/>
      </w:pPr>
      <w:r>
        <w:rPr>
          <w:b/>
        </w:rPr>
        <w:t>Decision reference and any customer agreement *</w:t>
      </w:r>
      <w:r>
        <w:rPr>
          <w:i/>
          <w:sz w:val="18"/>
        </w:rPr>
        <w:br/>
        <w:t>If applicable: Recorded outcome is not Pending decision.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Linked repair work order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Next action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Action owner *</w:t>
      </w:r>
    </w:p>
    <w:p>
      <w:pPr>
        <w:ind w:left="0"/>
      </w:pPr>
      <w:r>
        <w:t>_________________________________________________________________</w:t>
      </w:r>
    </w:p>
    <w:p>
      <w:r>
        <w:rPr>
          <w:i/>
        </w:rPr>
        <w:t>Proposed outcomes do not issue refunds, approve warranty cover or authorise repairs. Record the separate decision and agreement.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RMA form template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RMA form template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