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Premises Energy Audit</w:t>
      </w:r>
    </w:p>
    <w:p>
      <w:r>
        <w:rPr>
          <w:b w:val="0"/>
          <w:i w:val="0"/>
          <w:color w:val="5B706A"/>
          <w:sz w:val="20"/>
        </w:rPr>
        <w:t>A premises energy walk-through with consumption evidence, occupancy, plant and controls, observed opportunities, estimates and follow-up ownership.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This records observations and supporting data. It is not an EPC, DEC, ESOS compliance report or a guarantee of savings.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No. ESOS has defined qualification and compliance requirements, including the assessment of energy use and identification of saving opportunities. GOV.UK also provides guidance on implementing opportunities. This walk-through can collect supporting observations, but it does not establish ESOS compliance or replace the required assessment process.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Scope and consumption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Walk Cam: energy walk-round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Walk Cam video walk-through: available in the SiteSurvey app only.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Buildings and systems included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Consumption-data period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Meter, bill or monitoring data references and units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Occupancy and operating hours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Missing data and seasonal limitations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Systems observed</w:t>
      </w:r>
    </w:p>
    <w:p>
      <w:pPr>
        <w:keepNext/>
        <w:ind w:left="0"/>
      </w:pPr>
      <w:r>
        <w:rPr>
          <w:b/>
          <w:i w:val="0"/>
          <w:sz w:val="21"/>
        </w:rPr>
        <w:t>System or area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System, area and asset reference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Operating hours, settings and observed use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Potential improvement and supporting evidence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Estimated saving, units and calculation reference if available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Assumptions, dependencies and need for specialist assessment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Supporting photos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Implementation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Opportunities selected for further assessment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Comfort, safety, maintenance and operational constraints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Baseline and proposed verification method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Define the comparison period and changes in occupancy or operation. An estimated saving needs its assumptions and verification method.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coordinating follow-up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Premises Energy Audit. Printable copy from the SiteSurvey form library. Fill it in on a phone, with photos and signatures: sitesurvey.app/forms/energy-audit-checklist/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Premises Energy Audit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