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Pre-delivery Inspection</w:t>
      </w:r>
    </w:p>
    <w:p>
      <w:r>
        <w:rPr>
          <w:b w:val="0"/>
          <w:i w:val="0"/>
          <w:color w:val="5B706A"/>
          <w:sz w:val="20"/>
        </w:rPr>
        <w:t>A pre-delivery inspection (PDI) checklist for vehicles, plant and equipment: identity and hours, recall check, condition and function checks with photos, accessories, keys and manuals, and the customer's handover sign-off.</w:t>
      </w:r>
    </w:p>
    <w:p>
      <w:pPr>
        <w:keepNext/>
        <w:spacing w:before="240"/>
      </w:pPr>
      <w:r>
        <w:rPr>
          <w:b/>
          <w:i w:val="0"/>
          <w:color w:val="1B5E52"/>
          <w:sz w:val="26"/>
        </w:rPr>
        <w:t>1. Item</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Inspection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What is being delivered *</w:t>
      </w:r>
      <w:r>
        <w:rPr>
          <w:b w:val="0"/>
          <w:i w:val="0"/>
          <w:color w:val="5B706A"/>
          <w:sz w:val="16"/>
        </w:rPr>
        <w:t xml:space="preserve">  (choose one)</w:t>
      </w:r>
    </w:p>
    <w:p>
      <w:pPr>
        <w:keepNext/>
        <w:spacing w:after="0"/>
        <w:ind w:left="0"/>
      </w:pPr>
      <w:r>
        <w:rPr>
          <w:b w:val="0"/>
          <w:i w:val="0"/>
          <w:sz w:val="19"/>
        </w:rPr>
        <w:t>☐ Car or van</w:t>
      </w:r>
    </w:p>
    <w:p>
      <w:pPr>
        <w:keepNext/>
        <w:spacing w:after="0"/>
        <w:ind w:left="0"/>
      </w:pPr>
      <w:r>
        <w:rPr>
          <w:b w:val="0"/>
          <w:i w:val="0"/>
          <w:sz w:val="19"/>
        </w:rPr>
        <w:t>☐ Plant or machinery</w:t>
      </w:r>
    </w:p>
    <w:p>
      <w:pPr>
        <w:keepNext/>
        <w:spacing w:after="0"/>
        <w:ind w:left="0"/>
      </w:pPr>
      <w:r>
        <w:rPr>
          <w:b w:val="0"/>
          <w:i w:val="0"/>
          <w:sz w:val="19"/>
        </w:rPr>
        <w:t>☐ Trailer</w:t>
      </w:r>
    </w:p>
    <w:p>
      <w:pPr>
        <w:keepNext/>
        <w:spacing w:after="0"/>
        <w:ind w:left="0"/>
      </w:pPr>
      <w:r>
        <w:rPr>
          <w:b w:val="0"/>
          <w:i w:val="0"/>
          <w:sz w:val="19"/>
        </w:rPr>
        <w:t>☐ Caravan or motorhome</w:t>
      </w:r>
    </w:p>
    <w:p>
      <w:pPr>
        <w:keepNext w:val="0"/>
        <w:spacing w:after="120"/>
        <w:ind w:left="0"/>
      </w:pPr>
      <w:r>
        <w:rPr>
          <w:b w:val="0"/>
          <w:i w:val="0"/>
          <w:sz w:val="19"/>
        </w:rPr>
        <w:t>☐ Equipment</w:t>
      </w:r>
    </w:p>
    <w:p>
      <w:pPr>
        <w:keepNext/>
        <w:spacing w:after="20"/>
        <w:ind w:left="0"/>
      </w:pPr>
      <w:r>
        <w:rPr>
          <w:b/>
          <w:i w:val="0"/>
          <w:sz w:val="19"/>
        </w:rPr>
        <w:t>Make and model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Serial number, VIN or registration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Scan the serial plate</w:t>
      </w:r>
    </w:p>
    <w:p>
      <w:pPr>
        <w:spacing w:after="20"/>
        <w:ind w:left="0"/>
      </w:pPr>
      <w:r>
        <w:rPr>
          <w:b w:val="0"/>
          <w:i w:val="0"/>
          <w:color w:val="5B706A"/>
          <w:sz w:val="17"/>
        </w:rPr>
        <w:t>Scanned in the SiteSurvey app. On paper, write the numbers: serial number, vin, model number.</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Hours or mileage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Has an open recall check been done?</w:t>
      </w:r>
      <w:r>
        <w:rPr>
          <w:b w:val="0"/>
          <w:i w:val="0"/>
          <w:color w:val="5B706A"/>
          <w:sz w:val="16"/>
        </w:rPr>
        <w:t xml:space="preserve">  (if applicable)</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Check for outstanding safety recalls on GOV.UK before delivery.</w:t>
            </w:r>
          </w:p>
        </w:tc>
      </w:tr>
    </w:tbl>
    <w:p>
      <w:pPr>
        <w:spacing w:after="0"/>
      </w:pPr>
    </w:p>
    <w:p>
      <w:pPr>
        <w:keepNext/>
        <w:spacing w:before="240"/>
      </w:pPr>
      <w:r>
        <w:rPr>
          <w:b/>
          <w:i w:val="0"/>
          <w:color w:val="1B5E52"/>
          <w:sz w:val="26"/>
        </w:rPr>
        <w:t>2. Checks</w:t>
      </w:r>
    </w:p>
    <w:p>
      <w:pPr>
        <w:keepNext/>
        <w:spacing w:after="20"/>
        <w:ind w:left="0"/>
      </w:pPr>
      <w:r>
        <w:rPr>
          <w:b/>
          <w:i w:val="0"/>
          <w:sz w:val="19"/>
        </w:rPr>
        <w:t>Bodywork, paint and trim</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Glass and mirrors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Tyres and wheels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Lights and indicators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Fluid levels and leaks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Battery and charging</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Controls and instruments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Safety devices, guards and interlocks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Warning labels and decals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Function test</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Photos of any defects</w:t>
      </w:r>
      <w:r>
        <w:rPr>
          <w:b w:val="0"/>
          <w:i w:val="0"/>
          <w:color w:val="5B706A"/>
          <w:sz w:val="16"/>
        </w:rPr>
        <w:t xml:space="preserve">  (photos: attach, or note the file names)</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PUWER regulation 6: where the safety of work equipment depends on how it is installed, the employer using it must have it inspected after installation and before it is first put into service, and the result recorded.</w:t>
            </w:r>
          </w:p>
        </w:tc>
      </w:tr>
    </w:tbl>
    <w:p>
      <w:pPr>
        <w:spacing w:after="0"/>
      </w:pPr>
    </w:p>
    <w:p>
      <w:pPr>
        <w:keepNext/>
        <w:spacing w:before="240"/>
      </w:pPr>
      <w:r>
        <w:rPr>
          <w:b/>
          <w:i w:val="0"/>
          <w:color w:val="1B5E52"/>
          <w:sz w:val="26"/>
        </w:rPr>
        <w:t>3. Handover</w:t>
      </w:r>
    </w:p>
    <w:p>
      <w:pPr>
        <w:keepNext/>
        <w:spacing w:after="20"/>
        <w:ind w:left="0"/>
      </w:pPr>
      <w:r>
        <w:rPr>
          <w:b/>
          <w:i w:val="0"/>
          <w:sz w:val="19"/>
        </w:rPr>
        <w:t>Supplied with the item</w:t>
      </w:r>
      <w:r>
        <w:rPr>
          <w:b w:val="0"/>
          <w:i w:val="0"/>
          <w:color w:val="5B706A"/>
          <w:sz w:val="16"/>
        </w:rPr>
        <w:t xml:space="preserve">  (tick all that apply)</w:t>
      </w:r>
    </w:p>
    <w:p>
      <w:pPr>
        <w:keepNext/>
        <w:spacing w:after="0"/>
        <w:ind w:left="0"/>
      </w:pPr>
      <w:r>
        <w:rPr>
          <w:b w:val="0"/>
          <w:i w:val="0"/>
          <w:sz w:val="19"/>
        </w:rPr>
        <w:t>☐ Keys</w:t>
      </w:r>
    </w:p>
    <w:p>
      <w:pPr>
        <w:keepNext/>
        <w:spacing w:after="0"/>
        <w:ind w:left="0"/>
      </w:pPr>
      <w:r>
        <w:rPr>
          <w:b w:val="0"/>
          <w:i w:val="0"/>
          <w:sz w:val="19"/>
        </w:rPr>
        <w:t>☐ Manuals</w:t>
      </w:r>
    </w:p>
    <w:p>
      <w:pPr>
        <w:keepNext/>
        <w:spacing w:after="0"/>
        <w:ind w:left="0"/>
      </w:pPr>
      <w:r>
        <w:rPr>
          <w:b w:val="0"/>
          <w:i w:val="0"/>
          <w:sz w:val="19"/>
        </w:rPr>
        <w:t>☐ Service book</w:t>
      </w:r>
    </w:p>
    <w:p>
      <w:pPr>
        <w:keepNext/>
        <w:spacing w:after="0"/>
        <w:ind w:left="0"/>
      </w:pPr>
      <w:r>
        <w:rPr>
          <w:b w:val="0"/>
          <w:i w:val="0"/>
          <w:sz w:val="19"/>
        </w:rPr>
        <w:t>☐ Certificates or test reports</w:t>
      </w:r>
    </w:p>
    <w:p>
      <w:pPr>
        <w:keepNext w:val="0"/>
        <w:spacing w:after="120"/>
        <w:ind w:left="0"/>
      </w:pPr>
      <w:r>
        <w:rPr>
          <w:b w:val="0"/>
          <w:i w:val="0"/>
          <w:sz w:val="19"/>
        </w:rPr>
        <w:t>☐ Accessories ordered</w:t>
      </w:r>
    </w:p>
    <w:p>
      <w:pPr>
        <w:keepNext/>
        <w:spacing w:after="20"/>
        <w:ind w:left="0"/>
      </w:pPr>
      <w:r>
        <w:rPr>
          <w:b/>
          <w:i w:val="0"/>
          <w:sz w:val="19"/>
        </w:rPr>
        <w:t>Was the customer shown how to use it?</w:t>
      </w:r>
    </w:p>
    <w:p>
      <w:pPr>
        <w:ind w:left="0"/>
      </w:pPr>
      <w:r>
        <w:rPr>
          <w:b w:val="0"/>
          <w:i w:val="0"/>
          <w:sz w:val="19"/>
        </w:rPr>
        <w:t>☐ Yes     ☐ No</w:t>
      </w:r>
    </w:p>
    <w:p>
      <w:pPr>
        <w:keepNext/>
        <w:spacing w:after="20"/>
        <w:ind w:left="0"/>
      </w:pPr>
      <w:r>
        <w:rPr>
          <w:b/>
          <w:i w:val="0"/>
          <w:sz w:val="19"/>
        </w:rPr>
        <w:t>Photos at delivery</w:t>
      </w:r>
      <w:r>
        <w:rPr>
          <w:b w:val="0"/>
          <w:i w:val="0"/>
          <w:color w:val="5B706A"/>
          <w:sz w:val="16"/>
        </w:rPr>
        <w:t xml:space="preserve">  (photos: attach, or note the file names)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Result</w:t>
      </w:r>
      <w:r>
        <w:rPr>
          <w:b w:val="0"/>
          <w:i w:val="0"/>
          <w:color w:val="5B706A"/>
          <w:sz w:val="16"/>
        </w:rPr>
        <w:t xml:space="preserve">  (choose one)</w:t>
      </w:r>
    </w:p>
    <w:p>
      <w:pPr>
        <w:ind w:left="0"/>
      </w:pPr>
      <w:r>
        <w:rPr>
          <w:b w:val="0"/>
          <w:i w:val="0"/>
          <w:sz w:val="19"/>
        </w:rPr>
        <w:t>☐ Ready to deliver     ☐ Delivered with agreed defects to fix     ☐ Not ready</w:t>
      </w:r>
    </w:p>
    <w:p>
      <w:pPr>
        <w:keepNext/>
        <w:spacing w:after="20"/>
        <w:ind w:left="0"/>
      </w:pPr>
      <w:r>
        <w:rPr>
          <w:b/>
          <w:i w:val="0"/>
          <w:sz w:val="19"/>
        </w:rPr>
        <w:t>What must be done before it can be delivered?</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Defects agreed and when they will be fixed</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 name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Completed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Pre-delivery Inspection. Printable copy from the SiteSurvey form library. Fill it in on a phone, with photos and signatures: sitesurvey.app/forms/pre-delivery-inspection-checklist/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Pre-delivery Inspection</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