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Meeting Room Check</w:t>
      </w:r>
    </w:p>
    <w:p>
      <w:r>
        <w:rPr>
          <w:b w:val="0"/>
          <w:i w:val="0"/>
          <w:color w:val="5B706A"/>
          <w:sz w:val="20"/>
        </w:rPr>
        <w:t>Quick readiness check for a meeting or conference room: display, sharing, test call, audio, camera, room and furniture, with issues and photos.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Room and check</w:t>
      </w:r>
    </w:p>
    <w:p>
      <w:r>
        <w:rPr>
          <w:b w:val="0"/>
          <w:i w:val="0"/>
          <w:color w:val="5B706A"/>
          <w:sz w:val="18"/>
        </w:rPr>
        <w:t>Which room, and why you are checking it.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when the check is opened for a space.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Building or floor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check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Daily</w:t>
      </w:r>
    </w:p>
    <w:p>
      <w:pPr>
        <w:spacing w:after="0"/>
        <w:ind w:left="0"/>
      </w:pPr>
      <w:r>
        <w:rPr>
          <w:b w:val="0"/>
          <w:i w:val="0"/>
          <w:sz w:val="19"/>
        </w:rPr>
        <w:t>☐ Weekly</w:t>
      </w:r>
    </w:p>
    <w:p>
      <w:pPr>
        <w:spacing w:after="0"/>
        <w:ind w:left="0"/>
      </w:pPr>
      <w:r>
        <w:rPr>
          <w:b w:val="0"/>
          <w:i w:val="0"/>
          <w:sz w:val="19"/>
        </w:rPr>
        <w:t>☐ Before an important meeting or event</w:t>
      </w:r>
    </w:p>
    <w:p>
      <w:pPr>
        <w:spacing w:after="120"/>
        <w:ind w:left="0"/>
      </w:pPr>
      <w:r>
        <w:rPr>
          <w:b w:val="0"/>
          <w:i w:val="0"/>
          <w:sz w:val="19"/>
        </w:rPr>
        <w:t>☐ After a reported fault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does the room join calls?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Microsoft Teams Rooms</w:t>
      </w:r>
    </w:p>
    <w:p>
      <w:pPr>
        <w:spacing w:after="0"/>
        <w:ind w:left="0"/>
      </w:pPr>
      <w:r>
        <w:rPr>
          <w:b w:val="0"/>
          <w:i w:val="0"/>
          <w:sz w:val="19"/>
        </w:rPr>
        <w:t>☐ Zoom Rooms</w:t>
      </w:r>
    </w:p>
    <w:p>
      <w:pPr>
        <w:spacing w:after="0"/>
        <w:ind w:left="0"/>
      </w:pPr>
      <w:r>
        <w:rPr>
          <w:b w:val="0"/>
          <w:i w:val="0"/>
          <w:sz w:val="19"/>
        </w:rPr>
        <w:t>☐ Google Meet hardware</w:t>
      </w:r>
    </w:p>
    <w:p>
      <w:pPr>
        <w:spacing w:after="0"/>
        <w:ind w:left="0"/>
      </w:pPr>
      <w:r>
        <w:rPr>
          <w:b w:val="0"/>
          <w:i w:val="0"/>
          <w:sz w:val="19"/>
        </w:rPr>
        <w:t>☐ Bring your own laptop</w:t>
      </w:r>
    </w:p>
    <w:p>
      <w:pPr>
        <w:spacing w:after="0"/>
        <w:ind w:left="0"/>
      </w:pPr>
      <w:r>
        <w:rPr>
          <w:b w:val="0"/>
          <w:i w:val="0"/>
          <w:sz w:val="19"/>
        </w:rPr>
        <w:t>☐ No video calls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Display and sharing</w:t>
      </w:r>
    </w:p>
    <w:p>
      <w:r>
        <w:rPr>
          <w:b w:val="0"/>
          <w:i w:val="0"/>
          <w:color w:val="5B706A"/>
          <w:sz w:val="18"/>
        </w:rPr>
        <w:t>Start the room the way a user would.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Display switches on from the panel or remote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 display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Picture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Clear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Sharing by cable (HDMI or USB-C)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Works     ☐ Does not work     ☐ Not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Wireless sharing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Works     ☐ Does not work     ☐ Not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Touch panel or room controller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Works     ☐ Does not work     ☐ Not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Anything missing from the room?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HDMI cable</w:t>
      </w:r>
    </w:p>
    <w:p>
      <w:pPr>
        <w:spacing w:after="0"/>
        <w:ind w:left="0"/>
      </w:pPr>
      <w:r>
        <w:rPr>
          <w:b w:val="0"/>
          <w:i w:val="0"/>
          <w:sz w:val="19"/>
        </w:rPr>
        <w:t>☐ USB-C cable</w:t>
      </w:r>
    </w:p>
    <w:p>
      <w:pPr>
        <w:spacing w:after="0"/>
        <w:ind w:left="0"/>
      </w:pPr>
      <w:r>
        <w:rPr>
          <w:b w:val="0"/>
          <w:i w:val="0"/>
          <w:sz w:val="19"/>
        </w:rPr>
        <w:t>☐ Adapters</w:t>
      </w:r>
    </w:p>
    <w:p>
      <w:pPr>
        <w:spacing w:after="0"/>
        <w:ind w:left="0"/>
      </w:pPr>
      <w:r>
        <w:rPr>
          <w:b w:val="0"/>
          <w:i w:val="0"/>
          <w:sz w:val="19"/>
        </w:rPr>
        <w:t>☐ Remote control</w:t>
      </w:r>
    </w:p>
    <w:p>
      <w:pPr>
        <w:spacing w:after="0"/>
        <w:ind w:left="0"/>
      </w:pPr>
      <w:r>
        <w:rPr>
          <w:b w:val="0"/>
          <w:i w:val="0"/>
          <w:sz w:val="19"/>
        </w:rPr>
        <w:t>☐ Batteries</w:t>
      </w:r>
    </w:p>
    <w:p>
      <w:pPr>
        <w:spacing w:after="0"/>
        <w:ind w:left="0"/>
      </w:pPr>
      <w:r>
        <w:rPr>
          <w:b w:val="0"/>
          <w:i w:val="0"/>
          <w:sz w:val="19"/>
        </w:rPr>
        <w:t>☐ Whiteboard pens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Test call, audio and camera</w:t>
      </w:r>
    </w:p>
    <w:p>
      <w:r>
        <w:rPr>
          <w:b w:val="0"/>
          <w:i w:val="0"/>
          <w:color w:val="5B706A"/>
          <w:sz w:val="18"/>
        </w:rPr>
        <w:t>A call to another room or a colleague is the only real test.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make a test call?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Could the far end hear the room clearly?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Yes     ☐ Faint or echoing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Could the room hear the far end clearly?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Yes     ☐ Faint or distorted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Camera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Clear and framed on the table</w:t>
      </w:r>
    </w:p>
    <w:p>
      <w:pPr>
        <w:spacing w:after="0"/>
        <w:ind w:left="0"/>
      </w:pPr>
      <w:r>
        <w:rPr>
          <w:b w:val="0"/>
          <w:i w:val="0"/>
          <w:sz w:val="19"/>
        </w:rPr>
        <w:t>☐ Poor picture or framing</w:t>
      </w:r>
    </w:p>
    <w:p>
      <w:pPr>
        <w:spacing w:after="0"/>
        <w:ind w:left="0"/>
      </w:pPr>
      <w:r>
        <w:rPr>
          <w:b w:val="0"/>
          <w:i w:val="0"/>
          <w:sz w:val="19"/>
        </w:rPr>
        <w:t>☐ No picture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Hearing loop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Working     ☐ Not working     ☐ Not tested     ☐ Not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booking panel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Works and shows the right bookings     ☐ Defect     ☐ Not fitted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The room</w:t>
      </w:r>
    </w:p>
    <w:p>
      <w:r>
        <w:rPr>
          <w:b w:val="0"/>
          <w:i w:val="0"/>
          <w:color w:val="5B706A"/>
          <w:sz w:val="18"/>
        </w:rPr>
        <w:t>What people notice before the technology.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 and tidy, with the furniture set out?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Lights and blinds working?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Comfortable temperature?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Cables tidy, with no trip hazards?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 of the room as you left it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Issues</w:t>
      </w:r>
    </w:p>
    <w:p>
      <w:r>
        <w:rPr>
          <w:b w:val="0"/>
          <w:i w:val="0"/>
          <w:color w:val="5B706A"/>
          <w:sz w:val="18"/>
        </w:rPr>
        <w:t>One entry for each thing that is not right.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find any issues?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Issues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Display</w:t>
      </w:r>
    </w:p>
    <w:p>
      <w:pPr>
        <w:spacing w:after="0"/>
        <w:ind w:left="454"/>
      </w:pPr>
      <w:r>
        <w:rPr>
          <w:b w:val="0"/>
          <w:i w:val="0"/>
          <w:sz w:val="19"/>
        </w:rPr>
        <w:t>☐ Sharing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Audio</w:t>
      </w:r>
    </w:p>
    <w:p>
      <w:pPr>
        <w:spacing w:after="0"/>
        <w:ind w:left="454"/>
      </w:pPr>
      <w:r>
        <w:rPr>
          <w:b w:val="0"/>
          <w:i w:val="0"/>
          <w:sz w:val="19"/>
        </w:rPr>
        <w:t>☐ Camera</w:t>
      </w:r>
    </w:p>
    <w:p>
      <w:pPr>
        <w:spacing w:after="0"/>
        <w:ind w:left="454"/>
      </w:pPr>
      <w:r>
        <w:rPr>
          <w:b w:val="0"/>
          <w:i w:val="0"/>
          <w:sz w:val="19"/>
        </w:rPr>
        <w:t>☐ Control or booking panel</w:t>
      </w:r>
    </w:p>
    <w:p>
      <w:pPr>
        <w:spacing w:after="0"/>
        <w:ind w:left="454"/>
      </w:pPr>
      <w:r>
        <w:rPr>
          <w:b w:val="0"/>
          <w:i w:val="0"/>
          <w:sz w:val="19"/>
        </w:rPr>
        <w:t>☐ Network</w:t>
      </w:r>
    </w:p>
    <w:p>
      <w:pPr>
        <w:spacing w:after="0"/>
        <w:ind w:left="454"/>
      </w:pPr>
      <w:r>
        <w:rPr>
          <w:b w:val="0"/>
          <w:i w:val="0"/>
          <w:sz w:val="19"/>
        </w:rPr>
        <w:t>☐ Furniture or room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Priority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Stops the room being used     ☐ Annoying but usable     ☐ Cosmetic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Fixed on the spot?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Reported to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Issues recorded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Issues still open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to use     ☐ Usable with an issue     ☐ Out of use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Block the room in the booking system and put a notice on the door, so nobody finds out at the start of their meeting.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Meeting Room Check. Printable copy from the SiteSurvey form library. Fill it in on a phone, with photos and signatures: sitesurvey.app/forms/meeting-room-checklist/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Room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