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Kitchen Extract Cleaning Record (TR19 Grease)</w:t>
      </w:r>
    </w:p>
    <w:p>
      <w:r>
        <w:rPr>
          <w:b w:val="0"/>
          <w:i w:val="0"/>
          <w:color w:val="5B706A"/>
          <w:sz w:val="20"/>
        </w:rPr>
        <w:t>A kitchen extract cleaning record to TR19 Grease: usage band and frequency, canopy, filters, ductwork and fan, deposit thickness tests before and after, access panels, photos and the post-clean report.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System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and location (canopy reference and duct route)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Kitchen use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Heavy (12 to 16 hours a day)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Moderate (6 to 12 hours a day)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Light (2 to 6 hours a day)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TR19 Grease minimum: clean every 3 months.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TR19 Grease minimum: clean every 6 months.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TR19 Grease minimum: clean every 12 months.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Previous clean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previous clean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previous clean is after this clean date. Check both dates.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Clean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Cleaned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ind w:left="0"/>
      </w:pPr>
      <w:r>
        <w:rPr>
          <w:b w:val="0"/>
          <w:i w:val="0"/>
          <w:sz w:val="19"/>
        </w:rPr>
        <w:t>☐ Canopy     ☐ Filters     ☐ Plenum     ☐ Ductwork     ☐ Fan     ☐ Discharge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panels used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cleaned and why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Deposit thickness before (microns)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Deposit thickness after (microns)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TR19 Grease: grease deposits should not exceed a mean of 200 microns between cleans, and 500 microns or more needs immediate spot cleaning.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Over 200 microns before this clean. TR19 Grease limits the mean to 200 microns between cleans, so a shorter cleaning interval may be needed.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TR19 Grease post-clean reports include before and after photos taken from matching positions.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Before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After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Post-clean report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found (damaged ductwork, missing access panels, fire dampers)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BESA says many insurance policies require cleaning to TR19 Grease. The post-clean report includes a hygiene certificate with the date of the clean, the system location and the name of the competent technician.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Hygiene certificate or report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clean due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Kitchen Extract Cleaning Record (TR19 Grease). Printable copy from the SiteSurvey form library. Fill it in on a phone, with photos and signatures: sitesurvey.app/forms/tr19-kitchen-extract-cleaning-record/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Extract Cleaning Record (TR19 Grease)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