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IT Maintenance Visit</w:t>
      </w:r>
    </w:p>
    <w:p>
      <w:r>
        <w:rPr>
          <w:b w:val="0"/>
          <w:i w:val="0"/>
          <w:color w:val="5B706A"/>
          <w:sz w:val="20"/>
        </w:rPr>
        <w:t>Routine IT maintenance visit: comms room, UPS, servers and storage, backups, updates, network and PC checks, with defects and sign-off.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Job details</w:t>
      </w:r>
    </w:p>
    <w:p>
      <w:r>
        <w:rPr>
          <w:b w:val="0"/>
          <w:i w:val="0"/>
          <w:color w:val="5B706A"/>
          <w:sz w:val="18"/>
        </w:rPr>
        <w:t>The job and the site.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Job or contract reference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visit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Arrival time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visit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Planned maintenance     ☐ Call-out for a fault     ☐ Return visit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was reported, and by whom?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Reference of the earlier job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Engineer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Comms or server room</w:t>
      </w:r>
    </w:p>
    <w:p>
      <w:r>
        <w:rPr>
          <w:b w:val="0"/>
          <w:i w:val="0"/>
          <w:color w:val="5B706A"/>
          <w:sz w:val="18"/>
        </w:rPr>
        <w:t>The room the equipment lives in.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room or cabinet locked?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Temperature at the front of the cabinet (°C)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This is above 27 °C, the top of the ASHRAE recommended range for air going into IT equipment. Check the cooling and anything blocking the airflow.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Cooling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Working     ☐ Not working     ☐ None fitted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room clean, dry and free of stored items?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Any sign of water, leaks or pipes above the equipment?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room and cabinet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UPS</w:t>
      </w:r>
    </w:p>
    <w:p>
      <w:r>
        <w:rPr>
          <w:b w:val="0"/>
          <w:i w:val="0"/>
          <w:color w:val="5B706A"/>
          <w:sz w:val="18"/>
        </w:rPr>
        <w:t>Battery backup for the servers and network.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 UPS?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UPS make and model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Status on the display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Normal     ☐ On battery     ☐ Alarm or fault showing     ☐ Replace battery warning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Tell the site contact now: the equipment could lose power without warning.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Load (%)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Runtime shown (minutes)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Age of the batteries (years)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Self test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Passed     ☐ Failed     ☐ Not run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UPS batteries wear out and the life depends on the type and the room temperature. Check the maker's replacement interval against the age you recorded.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Servers and storage</w:t>
      </w:r>
    </w:p>
    <w:p>
      <w:r>
        <w:rPr>
          <w:b w:val="0"/>
          <w:i w:val="0"/>
          <w:color w:val="5B706A"/>
          <w:sz w:val="18"/>
        </w:rPr>
        <w:t>One entry for each server, NAS or host.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there servers or storage devices on site?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Servers and storage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Name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it does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Hardware lights and alerts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Normal     ☐ Warning     ☐ Fault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Disks or RAID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Healthy     ☐ Degraded     ☐ Failed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A degraded array has lost its protection: another disk failure could lose the data. Replace the disk and check the last backup before you leave.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Free disk space (%)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Under 15% free. Plan a clean up or more storage before it fills.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Does the operating system still get security updates?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Yes     ☐ No     ☐ Not 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Cyber Essentials requires software to be licensed and supported, and removed from devices when it becomes unsupported. Raise a replacement or upgrade with the customer.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Security updates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Up to date     ☐ Installed on this visit     ☐ Outstanding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Event logs reviewed?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Anti-malware running and up to date?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Errors found and action taken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Updates. Cyber Essentials requires updates that fix critical or high risk vulnerabilities to be installed within 14 days of release.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Servers checked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Backups</w:t>
      </w:r>
    </w:p>
    <w:p>
      <w:r>
        <w:rPr>
          <w:b w:val="0"/>
          <w:i w:val="0"/>
          <w:color w:val="5B706A"/>
          <w:sz w:val="18"/>
        </w:rPr>
        <w:t>Whether the data could be brought back today.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Last backup job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Completed     ☐ Completed with errors     ☐ Failed     ☐ No backup set up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the last good backup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since the last good backup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There is no working backup. Tell the customer today and record who you told.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Is there a copy off site or in the cloud?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you restore a file as a test on this visit?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the last restore test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Backup notes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Network and subscriptions</w:t>
      </w:r>
    </w:p>
    <w:p>
      <w:r>
        <w:rPr>
          <w:b w:val="0"/>
          <w:i w:val="0"/>
          <w:color w:val="5B706A"/>
          <w:sz w:val="18"/>
        </w:rPr>
        <w:t>Firewall, switches, Wi-Fi and anything about to expire.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Firewall firmware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Up to date</w:t>
      </w:r>
    </w:p>
    <w:p>
      <w:pPr>
        <w:spacing w:after="0"/>
        <w:ind w:left="0"/>
      </w:pPr>
      <w:r>
        <w:rPr>
          <w:b w:val="0"/>
          <w:i w:val="0"/>
          <w:sz w:val="19"/>
        </w:rPr>
        <w:t>☐ Updated on this visit</w:t>
      </w:r>
    </w:p>
    <w:p>
      <w:pPr>
        <w:spacing w:after="0"/>
        <w:ind w:left="0"/>
      </w:pPr>
      <w:r>
        <w:rPr>
          <w:b w:val="0"/>
          <w:i w:val="0"/>
          <w:sz w:val="19"/>
        </w:rPr>
        <w:t>☐ Update outstanding</w:t>
      </w:r>
    </w:p>
    <w:p>
      <w:pPr>
        <w:spacing w:after="0"/>
        <w:ind w:left="0"/>
      </w:pPr>
      <w:r>
        <w:rPr>
          <w:b w:val="0"/>
          <w:i w:val="0"/>
          <w:sz w:val="19"/>
        </w:rPr>
        <w:t>☐ No longer supported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Not checked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Switches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checked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Wi-Fi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checked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Internet speed, download (Mbps)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Internet speed, upload (Mbps)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anything due to expire in the next 90 days?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Licences, warranties, domain names, certificates, support contracts.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What, and when?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7. PCs and laptops</w:t>
      </w:r>
    </w:p>
    <w:p>
      <w:r>
        <w:rPr>
          <w:b w:val="0"/>
          <w:i w:val="0"/>
          <w:color w:val="5B706A"/>
          <w:sz w:val="18"/>
        </w:rPr>
        <w:t>Optional: one entry for each device you check.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you check any PCs or laptops?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Devices checked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Device name or asset tag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User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Updates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Up to date     ☐ Installed on this visit     ☐ Outstanding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Anti-malware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Running and up to date     ☐ Out of date     ☐ Not installed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Free disk space (%)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Cleaned: vents, keyboard, screen?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Issues found and action taken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Devices checked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8. Outcome and parts</w:t>
      </w:r>
    </w:p>
    <w:p>
      <w:r>
        <w:rPr>
          <w:b w:val="0"/>
          <w:i w:val="0"/>
          <w:color w:val="5B706A"/>
          <w:sz w:val="18"/>
        </w:rPr>
        <w:t>How the system was left and what happens next.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Outcome of the visit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No issues outstanding     ☐ Issues outstanding     ☐ Urgent issue outstanding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needs doing next, and who will do it?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Recommendations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you use any parts or materials?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Parts and materials used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Item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Part number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Quantity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visit due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Departure time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9. Sign-off</w:t>
      </w:r>
    </w:p>
    <w:p>
      <w:r>
        <w:rPr>
          <w:b w:val="0"/>
          <w:i w:val="0"/>
          <w:color w:val="5B706A"/>
          <w:sz w:val="18"/>
        </w:rPr>
        <w:t>Customer and engineer.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customer or their representative available to sign?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not, and who will you send the report to?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name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comment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signature</w:t>
      </w:r>
      <w:r>
        <w:rPr>
          <w:b w:val="0"/>
          <w:i w:val="0"/>
          <w:color w:val="5B706A"/>
          <w:sz w:val="16"/>
        </w:rPr>
        <w:t xml:space="preserve">  (if applicable)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Engineer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IT Maintenance Visit. Printable copy from the SiteSurvey form library. Fill it in on a phone, with photos and signatures: sitesurvey.app/forms/it-maintenance-checklist/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Maintenance Visit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