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IT Audit and Health Check</w:t>
      </w:r>
    </w:p>
    <w:p>
      <w:r>
        <w:rPr>
          <w:b w:val="0"/>
          <w:i w:val="0"/>
          <w:color w:val="5B706A"/>
          <w:sz w:val="20"/>
        </w:rPr>
        <w:t>On-site IT audit for a small or mid-sized organisation: network, servers and cloud, devices, backup, accounts and security, with rated findings.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Who the work is for and what it covers.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audit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does the audit cover?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Network and internet</w:t>
      </w:r>
    </w:p>
    <w:p>
      <w:pPr>
        <w:spacing w:after="0"/>
        <w:ind w:left="0"/>
      </w:pPr>
      <w:r>
        <w:rPr>
          <w:b w:val="0"/>
          <w:i w:val="0"/>
          <w:sz w:val="19"/>
        </w:rPr>
        <w:t>☐ Servers and storage</w:t>
      </w:r>
    </w:p>
    <w:p>
      <w:pPr>
        <w:spacing w:after="0"/>
        <w:ind w:left="0"/>
      </w:pPr>
      <w:r>
        <w:rPr>
          <w:b w:val="0"/>
          <w:i w:val="0"/>
          <w:sz w:val="19"/>
        </w:rPr>
        <w:t>☐ PCs, laptops and mobiles</w:t>
      </w:r>
    </w:p>
    <w:p>
      <w:pPr>
        <w:spacing w:after="0"/>
        <w:ind w:left="0"/>
      </w:pPr>
      <w:r>
        <w:rPr>
          <w:b w:val="0"/>
          <w:i w:val="0"/>
          <w:sz w:val="19"/>
        </w:rPr>
        <w:t>☐ Cloud services and email</w:t>
      </w:r>
    </w:p>
    <w:p>
      <w:pPr>
        <w:spacing w:after="0"/>
        <w:ind w:left="0"/>
      </w:pPr>
      <w:r>
        <w:rPr>
          <w:b w:val="0"/>
          <w:i w:val="0"/>
          <w:sz w:val="19"/>
        </w:rPr>
        <w:t>☐ Backup and recovery</w:t>
      </w:r>
    </w:p>
    <w:p>
      <w:pPr>
        <w:spacing w:after="0"/>
        <w:ind w:left="0"/>
      </w:pPr>
      <w:r>
        <w:rPr>
          <w:b w:val="0"/>
          <w:i w:val="0"/>
          <w:sz w:val="19"/>
        </w:rPr>
        <w:t>☐ Accounts and security</w:t>
      </w:r>
    </w:p>
    <w:p>
      <w:pPr>
        <w:spacing w:after="120"/>
        <w:ind w:left="0"/>
      </w:pPr>
      <w:r>
        <w:rPr>
          <w:b w:val="0"/>
          <w:i w:val="0"/>
          <w:sz w:val="19"/>
        </w:rPr>
        <w:t>☐ Comms room and cabling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staff who use IT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Number of sites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looks after IT now?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In-house     ☐ An outside IT company     ☐ A mix     ☐ Nobody in particular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does the customer say is not working?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Network and internet</w:t>
      </w:r>
    </w:p>
    <w:p>
      <w:r>
        <w:rPr>
          <w:b w:val="0"/>
          <w:i w:val="0"/>
          <w:color w:val="5B706A"/>
          <w:sz w:val="18"/>
        </w:rPr>
        <w:t>How the site connects, and what protects 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Internet connection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Full fibre</w:t>
      </w:r>
    </w:p>
    <w:p>
      <w:pPr>
        <w:spacing w:after="0"/>
        <w:ind w:left="0"/>
      </w:pPr>
      <w:r>
        <w:rPr>
          <w:b w:val="0"/>
          <w:i w:val="0"/>
          <w:sz w:val="19"/>
        </w:rPr>
        <w:t>☐ Fibre to the cabinet</w:t>
      </w:r>
    </w:p>
    <w:p>
      <w:pPr>
        <w:spacing w:after="0"/>
        <w:ind w:left="0"/>
      </w:pPr>
      <w:r>
        <w:rPr>
          <w:b w:val="0"/>
          <w:i w:val="0"/>
          <w:sz w:val="19"/>
        </w:rPr>
        <w:t>☐ Leased line</w:t>
      </w:r>
    </w:p>
    <w:p>
      <w:pPr>
        <w:spacing w:after="0"/>
        <w:ind w:left="0"/>
      </w:pPr>
      <w:r>
        <w:rPr>
          <w:b w:val="0"/>
          <w:i w:val="0"/>
          <w:sz w:val="19"/>
        </w:rPr>
        <w:t>☐ Mobile (4G or 5G)</w:t>
      </w:r>
    </w:p>
    <w:p>
      <w:pPr>
        <w:spacing w:after="0"/>
        <w:ind w:left="0"/>
      </w:pPr>
      <w:r>
        <w:rPr>
          <w:b w:val="0"/>
          <w:i w:val="0"/>
          <w:sz w:val="19"/>
        </w:rPr>
        <w:t>☐ Satellite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Download (Mbps)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Upload (Mbps)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second connection if the main one fails?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Firewall or router make and model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Does it still get security updates from the maker?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Unsupported software. Cyber Essentials requires software to be licensed and supported, and removed from devices when it becomes unsupported. A firewall that no longer gets updates should be replaced.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Switches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Managed     ☐ Unmanaged     ☐ Mixed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guest Wi-Fi kept separate from the main network?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 guest Wi-Fi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an up to date network diagram?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do staff connect from outside?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VPN</w:t>
      </w:r>
    </w:p>
    <w:p>
      <w:pPr>
        <w:spacing w:after="0"/>
        <w:ind w:left="0"/>
      </w:pPr>
      <w:r>
        <w:rPr>
          <w:b w:val="0"/>
          <w:i w:val="0"/>
          <w:sz w:val="19"/>
        </w:rPr>
        <w:t>☐ Cloud services only</w:t>
      </w:r>
    </w:p>
    <w:p>
      <w:pPr>
        <w:spacing w:after="0"/>
        <w:ind w:left="0"/>
      </w:pPr>
      <w:r>
        <w:rPr>
          <w:b w:val="0"/>
          <w:i w:val="0"/>
          <w:sz w:val="19"/>
        </w:rPr>
        <w:t>☐ Remote desktop open to the internet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 remote access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Remote desktop open to the internet is a common way in for attackers. Recommend a VPN or a gateway with multi-factor authentication.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cabinet and network equipment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Servers and cloud</w:t>
      </w:r>
    </w:p>
    <w:p>
      <w:r>
        <w:rPr>
          <w:b w:val="0"/>
          <w:i w:val="0"/>
          <w:color w:val="5B706A"/>
          <w:sz w:val="18"/>
        </w:rPr>
        <w:t>Where the data and email live.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Email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Microsoft 365</w:t>
      </w:r>
    </w:p>
    <w:p>
      <w:pPr>
        <w:spacing w:after="0"/>
        <w:ind w:left="0"/>
      </w:pPr>
      <w:r>
        <w:rPr>
          <w:b w:val="0"/>
          <w:i w:val="0"/>
          <w:sz w:val="19"/>
        </w:rPr>
        <w:t>☐ Google Workspace</w:t>
      </w:r>
    </w:p>
    <w:p>
      <w:pPr>
        <w:spacing w:after="0"/>
        <w:ind w:left="0"/>
      </w:pPr>
      <w:r>
        <w:rPr>
          <w:b w:val="0"/>
          <w:i w:val="0"/>
          <w:sz w:val="19"/>
        </w:rPr>
        <w:t>☐ Exchange server on site</w:t>
      </w:r>
    </w:p>
    <w:p>
      <w:pPr>
        <w:spacing w:after="0"/>
        <w:ind w:left="0"/>
      </w:pPr>
      <w:r>
        <w:rPr>
          <w:b w:val="0"/>
          <w:i w:val="0"/>
          <w:sz w:val="19"/>
        </w:rPr>
        <w:t>☐ From the web host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are files kept?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SharePoint or OneDrive</w:t>
      </w:r>
    </w:p>
    <w:p>
      <w:pPr>
        <w:spacing w:after="0"/>
        <w:ind w:left="0"/>
      </w:pPr>
      <w:r>
        <w:rPr>
          <w:b w:val="0"/>
          <w:i w:val="0"/>
          <w:sz w:val="19"/>
        </w:rPr>
        <w:t>☐ Google Drive</w:t>
      </w:r>
    </w:p>
    <w:p>
      <w:pPr>
        <w:spacing w:after="0"/>
        <w:ind w:left="0"/>
      </w:pPr>
      <w:r>
        <w:rPr>
          <w:b w:val="0"/>
          <w:i w:val="0"/>
          <w:sz w:val="19"/>
        </w:rPr>
        <w:t>☐ Server or NAS on site</w:t>
      </w:r>
    </w:p>
    <w:p>
      <w:pPr>
        <w:spacing w:after="0"/>
        <w:ind w:left="0"/>
      </w:pPr>
      <w:r>
        <w:rPr>
          <w:b w:val="0"/>
          <w:i w:val="0"/>
          <w:sz w:val="19"/>
        </w:rPr>
        <w:t>☐ On individual PCs</w:t>
      </w:r>
    </w:p>
    <w:p>
      <w:pPr>
        <w:spacing w:after="0"/>
        <w:ind w:left="0"/>
      </w:pPr>
      <w:r>
        <w:rPr>
          <w:b w:val="0"/>
          <w:i w:val="0"/>
          <w:sz w:val="19"/>
        </w:rPr>
        <w:t>☐ A mix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servers or storage devices on site?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Servers and storage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Name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it does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Operating system and version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Does it still get security updates?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Yes     ☐ No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Unsupported software. Cyber Essentials requires software to be licensed and supported, and removed from devices when it becomes unsupported.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Year bought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Age (years)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Warranty or support contract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In place     ☐ Expired     ☐ Not known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Free disk space (%)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PCs, laptops and mobiles</w:t>
      </w:r>
    </w:p>
    <w:p>
      <w:r>
        <w:rPr>
          <w:b w:val="0"/>
          <w:i w:val="0"/>
          <w:color w:val="5B706A"/>
          <w:sz w:val="18"/>
        </w:rPr>
        <w:t>The devices people work on.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Desktops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Laptops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Company phones and tablets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Devices in total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many run an operating system that no longer gets security updates?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Unsupported software. Cyber Essentials requires software to be licensed and supported, and removed from devices when it becomes unsupported.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How are updates installed?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Automatically, and checked</w:t>
      </w:r>
    </w:p>
    <w:p>
      <w:pPr>
        <w:spacing w:after="0"/>
        <w:ind w:left="0"/>
      </w:pPr>
      <w:r>
        <w:rPr>
          <w:b w:val="0"/>
          <w:i w:val="0"/>
          <w:sz w:val="19"/>
        </w:rPr>
        <w:t>☐ Automatically, nobody checks</w:t>
      </w:r>
    </w:p>
    <w:p>
      <w:pPr>
        <w:spacing w:after="0"/>
        <w:ind w:left="0"/>
      </w:pPr>
      <w:r>
        <w:rPr>
          <w:b w:val="0"/>
          <w:i w:val="0"/>
          <w:sz w:val="19"/>
        </w:rPr>
        <w:t>☐ By hand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Updates. Cyber Essentials requires updates that fix critical or high risk vulnerabilities (a CVSS v3 base score of 7 or above) to be installed within 14 days of release.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Are laptops encrypted?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Anti-malware on every device?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staff use administrator accounts for day to day work?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Cyber Essentials requires separate accounts for administrative work, with no email or web browsing from them.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there an up to date list of devices?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Backup and recovery</w:t>
      </w:r>
    </w:p>
    <w:p>
      <w:r>
        <w:rPr>
          <w:b w:val="0"/>
          <w:i w:val="0"/>
          <w:color w:val="5B706A"/>
          <w:sz w:val="18"/>
        </w:rPr>
        <w:t>Whether the organisation could carry on after losing its data.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anything backed up?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No backup. Put this first in the summary.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What is backed up?</w:t>
      </w:r>
      <w:r>
        <w:rPr>
          <w:b w:val="0"/>
          <w:i w:val="0"/>
          <w:color w:val="5B706A"/>
          <w:sz w:val="16"/>
        </w:rPr>
        <w:t xml:space="preserve">  (if applicable; 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Servers</w:t>
      </w:r>
    </w:p>
    <w:p>
      <w:pPr>
        <w:spacing w:after="0"/>
        <w:ind w:left="0"/>
      </w:pPr>
      <w:r>
        <w:rPr>
          <w:b w:val="0"/>
          <w:i w:val="0"/>
          <w:sz w:val="19"/>
        </w:rPr>
        <w:t>☐ Shared files</w:t>
      </w:r>
    </w:p>
    <w:p>
      <w:pPr>
        <w:spacing w:after="0"/>
        <w:ind w:left="0"/>
      </w:pPr>
      <w:r>
        <w:rPr>
          <w:b w:val="0"/>
          <w:i w:val="0"/>
          <w:sz w:val="19"/>
        </w:rPr>
        <w:t>☐ Email</w:t>
      </w:r>
    </w:p>
    <w:p>
      <w:pPr>
        <w:spacing w:after="0"/>
        <w:ind w:left="0"/>
      </w:pPr>
      <w:r>
        <w:rPr>
          <w:b w:val="0"/>
          <w:i w:val="0"/>
          <w:sz w:val="19"/>
        </w:rPr>
        <w:t>☐ Cloud services such as Microsoft 365</w:t>
      </w:r>
    </w:p>
    <w:p>
      <w:pPr>
        <w:spacing w:after="0"/>
        <w:ind w:left="0"/>
      </w:pPr>
      <w:r>
        <w:rPr>
          <w:b w:val="0"/>
          <w:i w:val="0"/>
          <w:sz w:val="19"/>
        </w:rPr>
        <w:t>☐ Individual PCs</w:t>
      </w:r>
    </w:p>
    <w:p>
      <w:pPr>
        <w:spacing w:after="0"/>
        <w:ind w:left="0"/>
      </w:pPr>
      <w:r>
        <w:rPr>
          <w:b w:val="0"/>
          <w:i w:val="0"/>
          <w:sz w:val="19"/>
        </w:rPr>
        <w:t>☐ Line of business systems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often?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Daily or more     ☐ Weekly     ☐ Less often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 copy kept off site or in the cloud?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copy that ransomware on the network could not reach?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When was a restore last tested?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last restore test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written plan for what to do if systems are lost?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servers and network equipment on a UPS?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Accounts and security</w:t>
      </w:r>
    </w:p>
    <w:p>
      <w:r>
        <w:rPr>
          <w:b w:val="0"/>
          <w:i w:val="0"/>
          <w:color w:val="5B706A"/>
          <w:sz w:val="18"/>
        </w:rPr>
        <w:t>Who can get in, and how.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Multi-factor authentication on email and cloud services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All users     ☐ Administrators only     ☐ Some users     ☐ Nobody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Multi-factor authentication. The Cyber Essentials requirements say to always use it for administrative accounts and for accounts that can be reached from the internet.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Are accounts closed when people leave?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Yes, same day     ☐ Yes, eventually     ☐ No process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any logins shared between people?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are passwords looked after?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Password manager</w:t>
      </w:r>
    </w:p>
    <w:p>
      <w:pPr>
        <w:spacing w:after="0"/>
        <w:ind w:left="0"/>
      </w:pPr>
      <w:r>
        <w:rPr>
          <w:b w:val="0"/>
          <w:i w:val="0"/>
          <w:sz w:val="19"/>
        </w:rPr>
        <w:t>☐ Each person remembers their own</w:t>
      </w:r>
    </w:p>
    <w:p>
      <w:pPr>
        <w:spacing w:after="0"/>
        <w:ind w:left="0"/>
      </w:pPr>
      <w:r>
        <w:rPr>
          <w:b w:val="0"/>
          <w:i w:val="0"/>
          <w:sz w:val="19"/>
        </w:rPr>
        <w:t>☐ Written down or in a spreadsheet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Cyber Essentials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Certified     ☐ Certified: Cyber Essentials Plus     ☐ Lapsed     ☐ Never certified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staff had security awareness training in the last year?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7. Findings and recommendations</w:t>
      </w:r>
    </w:p>
    <w:p>
      <w:r>
        <w:rPr>
          <w:b w:val="0"/>
          <w:i w:val="0"/>
          <w:color w:val="5B706A"/>
          <w:sz w:val="18"/>
        </w:rPr>
        <w:t>One entry for each thing the customer should act on.</w:t>
      </w:r>
    </w:p>
    <w:p>
      <w:pPr>
        <w:keepNext/>
        <w:ind w:left="0"/>
      </w:pPr>
      <w:r>
        <w:rPr>
          <w:b/>
          <w:i w:val="0"/>
          <w:sz w:val="21"/>
        </w:rPr>
        <w:t>Findings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Network and internet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Servers and storage</w:t>
      </w:r>
    </w:p>
    <w:p>
      <w:pPr>
        <w:spacing w:after="0"/>
        <w:ind w:left="454"/>
      </w:pPr>
      <w:r>
        <w:rPr>
          <w:b w:val="0"/>
          <w:i w:val="0"/>
          <w:sz w:val="19"/>
        </w:rPr>
        <w:t>☐ Devices</w:t>
      </w:r>
    </w:p>
    <w:p>
      <w:pPr>
        <w:spacing w:after="0"/>
        <w:ind w:left="454"/>
      </w:pPr>
      <w:r>
        <w:rPr>
          <w:b w:val="0"/>
          <w:i w:val="0"/>
          <w:sz w:val="19"/>
        </w:rPr>
        <w:t>☐ Cloud and email</w:t>
      </w:r>
    </w:p>
    <w:p>
      <w:pPr>
        <w:spacing w:after="0"/>
        <w:ind w:left="454"/>
      </w:pPr>
      <w:r>
        <w:rPr>
          <w:b w:val="0"/>
          <w:i w:val="0"/>
          <w:sz w:val="19"/>
        </w:rPr>
        <w:t>☐ Backup and recovery</w:t>
      </w:r>
    </w:p>
    <w:p>
      <w:pPr>
        <w:spacing w:after="0"/>
        <w:ind w:left="454"/>
      </w:pPr>
      <w:r>
        <w:rPr>
          <w:b w:val="0"/>
          <w:i w:val="0"/>
          <w:sz w:val="19"/>
        </w:rPr>
        <w:t>☐ Accounts and security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Comms room and cabling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Licences and contracts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High     ☐ Medium     ☐ Low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did you find? *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do you recommend?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should act on it?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By when?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or screenshots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Findings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 risk findings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8. Summary and sign-off</w:t>
      </w:r>
    </w:p>
    <w:p>
      <w:r>
        <w:rPr>
          <w:b w:val="0"/>
          <w:i w:val="0"/>
          <w:color w:val="5B706A"/>
          <w:sz w:val="18"/>
        </w:rPr>
        <w:t>The overall picture, in plain words for the customer.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Overall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Good: minor improvements only     ☐ Needs attention     ☐ At risk: act now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Summary for the customer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three things to do first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IT Audit and Health Check. Printable copy from the SiteSurvey form library. Fill it in on a phone, with photos and signatures: sitesurvey.app/forms/it-audit-checklist/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Audit and Health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