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Insulation inspection checklist</w:t>
      </w:r>
    </w:p>
    <w:p>
      <w:r>
        <w:t>Record building insulation locations, product references, specified and observed thickness, gaps and evidence before work is covered.</w:t>
      </w:r>
    </w:p>
    <w:p>
      <w:r>
        <w:t>Complete the applicable sections. An asterisk marks a required field when that section applies. Copy repeat sections as needed and attach photographs separately.</w:t>
      </w:r>
    </w:p>
    <w:p>
      <w:pPr>
        <w:pStyle w:val="Heading1"/>
      </w:pPr>
      <w:r>
        <w:t>Inspection scope</w:t>
      </w:r>
    </w:p>
    <w:p>
      <w:pPr>
        <w:keepNext/>
        <w:ind w:left="0"/>
      </w:pPr>
      <w:r>
        <w:rPr>
          <w:b/>
        </w:rPr>
        <w:t>Project or site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reference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Record date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Prepared by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Drawing and specification revision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Construction stage and accessible areas *</w:t>
      </w:r>
    </w:p>
    <w:p>
      <w:pPr>
        <w:ind w:left="0"/>
      </w:pPr>
      <w:r>
        <w:t>_________________________________________________________________</w:t>
      </w:r>
    </w:p>
    <w:p>
      <w:r>
        <w:br w:type="page"/>
      </w:r>
    </w:p>
    <w:p>
      <w:pPr>
        <w:pStyle w:val="Heading1"/>
      </w:pPr>
      <w:r>
        <w:t>Insulated areas</w:t>
      </w:r>
    </w:p>
    <w:p>
      <w:pPr>
        <w:pStyle w:val="Heading2"/>
      </w:pPr>
      <w:r>
        <w:t>Area records</w:t>
      </w:r>
    </w:p>
    <w:p>
      <w:pPr>
        <w:keepNext/>
      </w:pPr>
      <w:r>
        <w:t>Repeat for each entry.</w:t>
      </w:r>
    </w:p>
    <w:p>
      <w:pPr>
        <w:keepNext/>
        <w:ind w:left="216"/>
      </w:pPr>
      <w:r>
        <w:rPr>
          <w:b/>
        </w:rPr>
        <w:t>Location and element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Product and batch reference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Specified thickness in mm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Observed thickness in mm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Coverage and fit *</w:t>
      </w:r>
    </w:p>
    <w:p>
      <w:pPr>
        <w:ind w:left="216"/>
      </w:pPr>
      <w:r>
        <w:t>[ ] No visible issue    [ ] Gaps or compression    [ ] Not accessible</w:t>
      </w:r>
    </w:p>
    <w:p>
      <w:pPr>
        <w:keepNext/>
        <w:ind w:left="216"/>
      </w:pPr>
      <w:r>
        <w:rPr>
          <w:b/>
        </w:rPr>
        <w:t>Gap, compression or access details *</w:t>
      </w:r>
      <w:r>
        <w:rPr>
          <w:i/>
          <w:sz w:val="18"/>
        </w:rPr>
        <w:br/>
        <w:t>If applicable: Coverage and fit is not No visible issue.</w:t>
      </w:r>
    </w:p>
    <w:p>
      <w:pPr>
        <w:ind w:left="216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216"/>
      </w:pPr>
      <w:r>
        <w:rPr>
          <w:b/>
        </w:rPr>
        <w:t>Junction and penetration observations *</w:t>
      </w:r>
    </w:p>
    <w:p>
      <w:pPr>
        <w:ind w:left="216"/>
      </w:pPr>
      <w:r>
        <w:t>_________________________________________________________________</w:t>
      </w:r>
    </w:p>
    <w:p>
      <w:pPr>
        <w:keepNext/>
        <w:ind w:left="216"/>
      </w:pPr>
      <w:r>
        <w:rPr>
          <w:b/>
        </w:rPr>
        <w:t>Location evidence photos</w:t>
      </w:r>
    </w:p>
    <w:p>
      <w:pPr>
        <w:ind w:left="216"/>
      </w:pPr>
      <w:r>
        <w:t>Photo or attachment references: _________________________</w:t>
      </w:r>
    </w:p>
    <w:p>
      <w:r>
        <w:rPr>
          <w:i/>
        </w:rPr>
        <w:t>Record only accessible work. Compare with the approved specification and manufacturer instructions; this is not a certificate of regulatory compliance.</w:t>
      </w:r>
    </w:p>
    <w:p>
      <w:r>
        <w:br w:type="page"/>
      </w:r>
    </w:p>
    <w:p>
      <w:pPr>
        <w:pStyle w:val="Heading1"/>
      </w:pPr>
      <w:r>
        <w:t>Review and next action</w:t>
      </w:r>
    </w:p>
    <w:p>
      <w:pPr>
        <w:keepNext/>
        <w:ind w:left="0"/>
      </w:pPr>
      <w:r>
        <w:rPr>
          <w:b/>
        </w:rPr>
        <w:t>Record status *</w:t>
      </w:r>
    </w:p>
    <w:p>
      <w:pPr>
        <w:ind w:left="0"/>
      </w:pPr>
      <w:r>
        <w:t>[ ] Open    [ ] Complete</w:t>
      </w:r>
    </w:p>
    <w:p>
      <w:pPr>
        <w:keepNext/>
        <w:ind w:left="0"/>
      </w:pPr>
      <w:r>
        <w:rPr>
          <w:b/>
        </w:rPr>
        <w:t>Next action or reason none is needed *</w:t>
      </w:r>
    </w:p>
    <w:p>
      <w:pPr>
        <w:ind w:left="0"/>
      </w:pPr>
      <w:r>
        <w:t>_________________________________________________________________</w:t>
      </w:r>
      <w:r>
        <w:br/>
        <w:t>_________________________________________________________________</w:t>
      </w:r>
    </w:p>
    <w:p>
      <w:pPr>
        <w:keepNext/>
        <w:ind w:left="0"/>
      </w:pPr>
      <w:r>
        <w:rPr>
          <w:b/>
        </w:rPr>
        <w:t>Responsible person *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Reviewed by</w:t>
      </w:r>
    </w:p>
    <w:p>
      <w:pPr>
        <w:ind w:left="0"/>
      </w:pPr>
      <w:r>
        <w:t>_________________________________________________________________</w:t>
      </w:r>
    </w:p>
    <w:p>
      <w:pPr>
        <w:keepNext/>
        <w:ind w:left="0"/>
      </w:pPr>
      <w:r>
        <w:rPr>
          <w:b/>
        </w:rPr>
        <w:t>Reviewer acknowledgement</w:t>
      </w:r>
    </w:p>
    <w:p>
      <w:pPr>
        <w:spacing w:after="280"/>
        <w:ind w:left="0"/>
      </w:pPr>
      <w:r>
        <w:t>Signature: ________________________________________</w:t>
      </w:r>
    </w:p>
    <w:sectPr w:rsidR="00FC693F" w:rsidRPr="0006063C" w:rsidSect="00034616">
      <w:footerReference w:type="default" r:id="rId9"/>
      <w:pgSz w:w="11909" w:h="16834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 xml:space="preserve">SiteSurvey  |  Insulation inspection checklist  |  Page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Insulation inspection checklist</dc:title>
  <dc:subject/>
  <dc:creator>SiteSurvey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