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First Aid Kit Check</w:t>
      </w:r>
    </w:p>
    <w:p>
      <w:r>
        <w:rPr>
          <w:b w:val="0"/>
          <w:i w:val="0"/>
          <w:color w:val="5B706A"/>
          <w:sz w:val="20"/>
        </w:rPr>
        <w:t>Check of a first aid box against its contents list: each item present and in date, expiry dates, restocking, the box itself and the next check date.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The kit</w:t>
      </w:r>
    </w:p>
    <w:p>
      <w:r>
        <w:rPr>
          <w:b w:val="0"/>
          <w:i w:val="0"/>
          <w:color w:val="5B706A"/>
          <w:sz w:val="18"/>
        </w:rPr>
        <w:t>Which kit, and what it is meant to hold.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the kit is kept, or its number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check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kit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Workplace kit</w:t>
      </w:r>
    </w:p>
    <w:p>
      <w:pPr>
        <w:spacing w:after="0"/>
        <w:ind w:left="0"/>
      </w:pPr>
      <w:r>
        <w:rPr>
          <w:b w:val="0"/>
          <w:i w:val="0"/>
          <w:sz w:val="19"/>
        </w:rPr>
        <w:t>☐ Vehicle or travel kit</w:t>
      </w:r>
    </w:p>
    <w:p>
      <w:pPr>
        <w:spacing w:after="0"/>
        <w:ind w:left="0"/>
      </w:pPr>
      <w:r>
        <w:rPr>
          <w:b w:val="0"/>
          <w:i w:val="0"/>
          <w:sz w:val="19"/>
        </w:rPr>
        <w:t>☐ Catering kit</w:t>
      </w:r>
    </w:p>
    <w:p>
      <w:pPr>
        <w:spacing w:after="0"/>
        <w:ind w:left="0"/>
      </w:pPr>
      <w:r>
        <w:rPr>
          <w:b w:val="0"/>
          <w:i w:val="0"/>
          <w:sz w:val="19"/>
        </w:rPr>
        <w:t>☐ Site or construction kit</w:t>
      </w:r>
    </w:p>
    <w:p>
      <w:pPr>
        <w:spacing w:after="0"/>
        <w:ind w:left="0"/>
      </w:pPr>
      <w:r>
        <w:rPr>
          <w:b w:val="0"/>
          <w:i w:val="0"/>
          <w:sz w:val="19"/>
        </w:rPr>
        <w:t>☐ Sports or outdoor kit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first aid needs assessment that says what this kit should contain?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says there is no mandatory list of what a first aid box must contain: what to provide depends on the findings of the first aid needs assessment. The items on the next page are HSE's suggested contents for low-hazard work. BS 8599-1 kits are an alternative, though buying one is not a regulatory requirement.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Contents</w:t>
      </w:r>
    </w:p>
    <w:p>
      <w:r>
        <w:rPr>
          <w:b w:val="0"/>
          <w:i w:val="0"/>
          <w:color w:val="5B706A"/>
          <w:sz w:val="18"/>
        </w:rPr>
        <w:t>Check each item is there, sealed and in date.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Leaflet giving general guidance on first aid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Present and in date     ☐ Low or missing     ☐ Out of date     ☐ Not part of this kit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Individually wrapped sterile plasters, assorted sizes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Present and in date     ☐ Low or missing     ☐ Out of date     ☐ Not part of this kit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Sterile eye pads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Present and in date     ☐ Low or missing     ☐ Out of date     ☐ Not part of this kit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Individually wrapped triangular bandages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Present and in date     ☐ Low or missing     ☐ Out of date     ☐ Not part of this kit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Safety pins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Present and in date     ☐ Low or missing     ☐ Out of date     ☐ Not part of this kit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Large sterile unmedicated wound dressings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Present and in date     ☐ Low or missing     ☐ Out of date     ☐ Not part of this kit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Medium sterile unmedicated wound dressings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Present and in date     ☐ Low or missing     ☐ Out of date     ☐ Not part of this kit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Disposable gloves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Present and in date     ☐ Low or missing     ☐ Out of date     ☐ Not part of this kit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Other items in this kit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Burn dressings</w:t>
      </w:r>
    </w:p>
    <w:p>
      <w:pPr>
        <w:spacing w:after="0"/>
        <w:ind w:left="0"/>
      </w:pPr>
      <w:r>
        <w:rPr>
          <w:b w:val="0"/>
          <w:i w:val="0"/>
          <w:sz w:val="19"/>
        </w:rPr>
        <w:t>☐ Foil blanket</w:t>
      </w:r>
    </w:p>
    <w:p>
      <w:pPr>
        <w:spacing w:after="0"/>
        <w:ind w:left="0"/>
      </w:pPr>
      <w:r>
        <w:rPr>
          <w:b w:val="0"/>
          <w:i w:val="0"/>
          <w:sz w:val="19"/>
        </w:rPr>
        <w:t>☐ Shears</w:t>
      </w:r>
    </w:p>
    <w:p>
      <w:pPr>
        <w:spacing w:after="0"/>
        <w:ind w:left="0"/>
      </w:pPr>
      <w:r>
        <w:rPr>
          <w:b w:val="0"/>
          <w:i w:val="0"/>
          <w:sz w:val="19"/>
        </w:rPr>
        <w:t>☐ Resuscitation face shield</w:t>
      </w:r>
    </w:p>
    <w:p>
      <w:pPr>
        <w:spacing w:after="0"/>
        <w:ind w:left="0"/>
      </w:pPr>
      <w:r>
        <w:rPr>
          <w:b w:val="0"/>
          <w:i w:val="0"/>
          <w:sz w:val="19"/>
        </w:rPr>
        <w:t>☐ Sterile eye wash</w:t>
      </w:r>
    </w:p>
    <w:p>
      <w:pPr>
        <w:spacing w:after="0"/>
        <w:ind w:left="0"/>
      </w:pPr>
      <w:r>
        <w:rPr>
          <w:b w:val="0"/>
          <w:i w:val="0"/>
          <w:sz w:val="19"/>
        </w:rPr>
        <w:t>☐ Cleansing wipes</w:t>
      </w:r>
    </w:p>
    <w:p>
      <w:pPr>
        <w:spacing w:after="0"/>
        <w:ind w:left="0"/>
      </w:pPr>
      <w:r>
        <w:rPr>
          <w:b w:val="0"/>
          <w:i w:val="0"/>
          <w:sz w:val="19"/>
        </w:rPr>
        <w:t>☐ Adhesive tape</w:t>
      </w:r>
    </w:p>
    <w:p>
      <w:pPr>
        <w:spacing w:after="0"/>
        <w:ind w:left="0"/>
      </w:pPr>
      <w:r>
        <w:rPr>
          <w:b w:val="0"/>
          <w:i w:val="0"/>
          <w:sz w:val="19"/>
        </w:rPr>
        <w:t>☐ Finger dressings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there any tablets or medicines in the kit?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HSE recommends that you do not keep tablets and medicines in the first aid box. Remove them and tell whoever manages first aid.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Earliest expiry date on any item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until then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says there is no set timetable for checking a kit, but items marked with expiry dates, particularly sterile ones, should be replaced by those dates and expired items disposed of safely.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Items to replace or restock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 of the open kit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The box and sign-off</w:t>
      </w:r>
    </w:p>
    <w:p>
      <w:r>
        <w:rPr>
          <w:b w:val="0"/>
          <w:i w:val="0"/>
          <w:color w:val="5B706A"/>
          <w:sz w:val="18"/>
        </w:rPr>
        <w:t>Easy to find, clean and ready.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box clean, dry and able to close?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it marked with a white cross on a green background?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it easy to reach, with a sign showing where it is?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 list of first aiders displayed nearby?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Restocked on this check?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Fully restocked     ☐ Partly: items on order     ☐ Not restocked     ☐ Nothing needed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check due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First Aid Kit Check. Printable copy from the SiteSurvey form library. Fill it in on a phone, with photos and signatures: sitesurvey.app/forms/first-aid-kit-checklist/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Aid Kit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