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Event debrief template</w:t>
      </w:r>
    </w:p>
    <w:p>
      <w:r>
        <w:t>Compare event outcomes with the plan, record operational lessons and assign improvements with owners and due dates.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Event and review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Event name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Event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Venue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Debrief participants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Outcomes against the plan</w:t>
      </w:r>
    </w:p>
    <w:p>
      <w:pPr>
        <w:keepNext/>
        <w:ind w:left="0"/>
      </w:pPr>
      <w:r>
        <w:rPr>
          <w:b/>
        </w:rPr>
        <w:t>Event objectives and success measures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pStyle w:val="Heading2"/>
      </w:pPr>
      <w:r>
        <w:t>Outcome entries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Measure or objective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Planned result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Actual result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Evidence reference and explanation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Budget review reference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What worked well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What needs to improve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pStyle w:val="Heading1"/>
      </w:pPr>
      <w:r>
        <w:t>Operational lessons</w:t>
      </w:r>
    </w:p>
    <w:p>
      <w:pPr>
        <w:pStyle w:val="Heading2"/>
      </w:pPr>
      <w:r>
        <w:t>Operational observations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Area *</w:t>
      </w:r>
    </w:p>
    <w:p>
      <w:pPr>
        <w:ind w:left="216"/>
      </w:pPr>
      <w:r>
        <w:t>[ ] Setup    [ ] Suppliers    [ ] Equipment    [ ] Staffing    [ ] Access and queues    [ ] Communications    [ ] Breakdown    [ ] Other</w:t>
      </w:r>
    </w:p>
    <w:p>
      <w:pPr>
        <w:keepNext/>
        <w:ind w:left="216"/>
      </w:pPr>
      <w:r>
        <w:rPr>
          <w:b/>
        </w:rPr>
        <w:t>What happened and its effect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Lesson or proposed change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Were incidents or near misses recorded? *</w:t>
      </w:r>
    </w:p>
    <w:p>
      <w:pPr>
        <w:ind w:left="0"/>
      </w:pPr>
      <w:r>
        <w:t>[ ] Yes    [ ] No</w:t>
      </w:r>
    </w:p>
    <w:p>
      <w:pPr>
        <w:keepNext/>
        <w:ind w:left="0"/>
      </w:pPr>
      <w:r>
        <w:rPr>
          <w:b/>
        </w:rPr>
        <w:t>Incident report references *</w:t>
      </w:r>
      <w:r>
        <w:rPr>
          <w:i/>
          <w:sz w:val="18"/>
        </w:rPr>
        <w:br/>
        <w:t>If applicable: Were incidents or near misses recorded? is Yes.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Relevant setup or equipment photos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Reference incident records rather than copying personal or sensitive details. Use the separate event risk assessment for planning future controls.</w:t>
      </w:r>
    </w:p>
    <w:p>
      <w:pPr>
        <w:pStyle w:val="Heading1"/>
      </w:pPr>
      <w:r>
        <w:t>Improvement actions</w:t>
      </w:r>
    </w:p>
    <w:p>
      <w:pPr>
        <w:pStyle w:val="Heading2"/>
      </w:pPr>
      <w:r>
        <w:t>Assigned actions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Action or decision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Owner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Due date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Document or process to update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Status *</w:t>
      </w:r>
    </w:p>
    <w:p>
      <w:pPr>
        <w:ind w:left="216"/>
      </w:pPr>
      <w:r>
        <w:t>[ ] Open    [ ] In progress    [ ] Complete</w:t>
      </w:r>
    </w:p>
    <w:p>
      <w:pPr>
        <w:keepNext/>
        <w:ind w:left="216"/>
      </w:pPr>
      <w:r>
        <w:rPr>
          <w:b/>
        </w:rPr>
        <w:t>Completion evidence *</w:t>
      </w:r>
      <w:r>
        <w:rPr>
          <w:i/>
          <w:sz w:val="18"/>
        </w:rPr>
        <w:br/>
        <w:t>If applicable: Status is Complete.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Next review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Event debrief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debrief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