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EV Charger Installation Record</w:t>
      </w:r>
    </w:p>
    <w:p>
      <w:r>
        <w:rPr>
          <w:b w:val="0"/>
          <w:i w:val="0"/>
          <w:color w:val="5B706A"/>
          <w:sz w:val="20"/>
        </w:rPr>
        <w:t>An EV charger installation and commissioning record: the charger, circuit, RCD and DC protection, PME method, tests, load management, smart set-up, DNO notification, handover and photos.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Charger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commissioned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Installer, and OZEV authorisation if a grant is claimed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Charger make and model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Serial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charger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Power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7 kW     ☐ 11 kW     ☐ 22 kW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Tethered     ☐ Untethered (socket)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it is mounted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Grant claim reference, if 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the installer's site record of the installation and tests. The formal electrical installation certificate is issued separately, from the installer's registration scheme or certification software.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Circuit and protection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Consumer unit and circuit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Protective device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MCB type B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MCB type C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MCB type 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RCBO type B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RCBO type C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BS 88 fuse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BS 1361 fuse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BS 3036 rewireable fuse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Rating (A)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Cable size (mm²)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Cable length (m)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RCD and DC fault protection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Type B RCD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Type A or Type F RCD, with DC fault detection (RDC-DD) in the charger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BS 7671 regulation 722.531.3.101, as the IET explains it: each charging point needs its own RCD of Type A, F or B, rated at no more than 30 mA. A charger can produce DC fault current, so where it has no DC fault protection of its own a Type B RCD is needed. Where it has DC detection (an RDC-DD), a Type A or Type F RCD can be used.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Describe the protection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Earthing arrangement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TN-C-S (PME)     ☐ TN-S     ☐ TT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the outdoor PME restriction is met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built-in open-PEN protection or an earth electrode.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BS 7671 regulation 722.411.4.1, as the IET explains it: a PME earthing facility must not be used for charging outdoors unless one of the methods the regulation lists is used, such as an earth electrode or a device that disconnects the supply on an open-PEN fault.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Earth electrode resistance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Tests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Continuity R1 + R2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resistance test voltage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250 V     ☐ 500 V     ☐ 1000 V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resistance, live to live (MΩ)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resistance, live to earth (MΩ)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Below 1 MΩ. The IET gives 1 MΩ as the minimum insulation resistance, with a 500 V d.c. test for circuits up to 500 V. Investigate before the circuit is put into service.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Polarity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Correct     ☐ Fault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 fault loop impedance Zs, measured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Maximum permitted Zs for this device (Ω)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From the BS 7671 tables or the device manufacturer.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Measured Zs is above the maximum permitted for this protective device. The device may not disconnect in time.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RCD operating time at rated residual current (ms)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Over 300 ms at the rated residual current. IET guidance gives 300 ms as the maximum for a general non-delay RCD (an S type time-delayed RCD may take up to 500 ms). Check or replace the RCD.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load management fitted and set to the main fuse?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a test charge been completed with the customer's car or a test unit?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Smart set-up and DNO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charger online, with the app set up for the customer?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Charge points sold for home or workplace use in Great Britain since 30 June 2022 must meet the smart charge point regulations. It keeps charging without a connection, but its smart functions send and receive information, so they need one.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Has the customer been shown the default off-peak charging hours, to accept or change?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Maximum demand of the property after installation (A)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Including the new equipment and the effect of any load management.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Network operator (DNO) route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Connect and notify after installation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Applied and approved before installation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MCS points to one ENA process and form for EV chargers and heat pumps. Where the property's new maximum demand is 60 A or less, the equipment can be connected and the DNO notified within 28 days. Between 60 A and 100 A, apply to the DNO before installing.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Maximum demand is over 60 A. MCS says to apply to the DNO before installing, not connect and notify.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Date the DNO was notified or approved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from commissioning to notification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28 days after commissioning.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approval date is after the commissioning date. Approval is needed before installation.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DNO reference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installed charger, labels and consumer unit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Handed over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Electrical installation certificate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Charger manual and warranty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App login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How to use and lock the charger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Installer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EV Charger Installation Record. Printable copy from the SiteSurvey form library. Fill it in on a phone, with photos and signatures: sitesurvey.app/forms/ev-charger-installation-certificate/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 Charger Installation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