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Electrical Installation Record</w:t>
      </w:r>
    </w:p>
    <w:p>
      <w:r>
        <w:rPr>
          <w:b w:val="0"/>
          <w:i w:val="0"/>
          <w:color w:val="5B706A"/>
          <w:sz w:val="20"/>
        </w:rPr>
        <w:t>A site record for new electrical work that needs an Electrical Installation Certificate: scope, supply and earthing, bonding, each new circuit with its tests, inspection items, departures and the three sign-offs.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completed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Contractor and registration scheme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work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New installation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Rewire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Addition with one or more new circuits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Consumer unit replacement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Alteration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Extent of the work covered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The notes on the IET model Electrical Installation Certificate say it is used for a new installation, for an addition or alteration that introduces one or more new circuits, and for replacing a consumer unit or distribution board. An addition or alteration that does not introduce a new circuit may go on a Minor Electrical Installation Works Certificate.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Is the work in a dwelling in England?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Approved Document P: in a dwelling, installing a new circuit, replacing a consumer unit, or any addition or alteration to existing circuits in a special location (such as the space around a bath or shower) is notifiable. It must be certified by a registered competent person, a registered third-party certifier or a building control body.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site record of the work and test results, not the certificate itself. The formal certificate and its schedules are issued from the registration scheme's or certification software.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Supply and earthing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Earthing arrangement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TN-C-S (PME)     ☐ TN-S     ☐ TT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Supply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Single-phase     ☐ Three-phase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External earth fault loop impedance Ze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Prospective fault current (kA)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switch rating (A)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earthing conductor size (mm²)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 electrode resistance (Ω)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 protective bonding connected to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Water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Gas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Oil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Structural steel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Lightning protection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 present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Distribution board or consumer unit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board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board and labelling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Circuits and tests</w:t>
      </w:r>
    </w:p>
    <w:p>
      <w:pPr>
        <w:keepNext/>
        <w:ind w:left="0"/>
      </w:pPr>
      <w:r>
        <w:rPr>
          <w:b/>
          <w:i w:val="0"/>
          <w:sz w:val="21"/>
        </w:rPr>
        <w:t>Circuits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Circuit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Description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Protective device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MCB type B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MCB type C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MCB type 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RCBO type B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RCBO type C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BS 88 fuse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BS 1361 fuse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BS 3036 rewireable fuse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Rating (A)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RCD 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Type AC     ☐ Type A     ☐ Type F     ☐ Type B     ☐ No RCD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Live conductor (mm²)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Protective conductor (mm²)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Continuity R1 + R2 (Ω)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Insulation resistance test voltage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250 V     ☐ 500 V     ☐ 1000 V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Insulation resistance, live to live (MΩ)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Insulation resistance, live to earth (MΩ)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Below 1 MΩ. The IET gives 1 MΩ as the minimum insulation resistance, with a 500 V d.c. test for circuits up to 500 V. Investigate before the circuit is put into service.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Polarity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Correct     ☐ Fault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Earth fault loop impedance Zs, measured (Ω)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Maximum permitted Zs for this device (Ω)</w:t>
      </w:r>
    </w:p>
    <w:p>
      <w:pPr>
        <w:spacing w:after="20"/>
        <w:ind w:left="454"/>
      </w:pPr>
      <w:r>
        <w:rPr>
          <w:b w:val="0"/>
          <w:i w:val="0"/>
          <w:color w:val="5B706A"/>
          <w:sz w:val="17"/>
        </w:rPr>
        <w:t>From the BS 7671 tables or the device manufacturer.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Measured Zs is above the maximum permitted for this protective device. The device may not disconnect in time.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RCD operating time at rated residual current (ms)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Over 300 ms at the rated residual current. IET guidance gives 300 ms as the maximum for a general non-delay RCD (an S type time-delayed RCD may take up to 500 ms). Check or replace the RCD.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Pass     ☐ Fail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failed and what was done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Circuits failed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Circuits passed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Inspection and departures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Inspected and correct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Cables selected and installed correctly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Protective devices suit the circuits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Isolation and switching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Fire barriers and sealing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Labels and warning notices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Surge protection considered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Additional protection by RCD where required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Comments on the existing installation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Defects seen in the existing installation that this work does not cover.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there any departures from BS 7671?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Departures and why they are acceptable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Recommended date of next inspection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one person do the design, construction and inspection and testing?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Design: name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If one person did the design, construction and inspection and testing, they sign here for all three.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Design: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Construction: name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Construction: 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Inspection and testing: name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and testing: 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Client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Electrical Installation Record. Printable copy from the SiteSurvey form library. Fill it in on a phone, with photos and signatures: sitesurvey.app/forms/electrical-installation-certificate-template/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Installation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