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Delivery Note and Proof of Delivery</w:t>
      </w:r>
    </w:p>
    <w:p>
      <w:r>
        <w:rPr>
          <w:b w:val="0"/>
          <w:i w:val="0"/>
          <w:color w:val="5B706A"/>
          <w:sz w:val="20"/>
        </w:rPr>
        <w:t>Delivery record signed on the device: items with quantities and condition, where they were left, photos, exceptions and the name and signature of who received them.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Delivery</w:t>
      </w:r>
    </w:p>
    <w:p>
      <w:r>
        <w:rPr>
          <w:b w:val="0"/>
          <w:i w:val="0"/>
          <w:color w:val="5B706A"/>
          <w:sz w:val="18"/>
        </w:rPr>
        <w:t>What is being delivered, to whom.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Delivery note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Order or purchase order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Deliver to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Delivery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registration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Sent from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Items</w:t>
      </w:r>
    </w:p>
    <w:p>
      <w:r>
        <w:rPr>
          <w:b w:val="0"/>
          <w:i w:val="0"/>
          <w:color w:val="5B706A"/>
          <w:sz w:val="18"/>
        </w:rPr>
        <w:t>One entry for each line on the order.</w:t>
      </w:r>
    </w:p>
    <w:p>
      <w:pPr>
        <w:keepNext/>
        <w:ind w:left="0"/>
      </w:pPr>
      <w:r>
        <w:rPr>
          <w:b/>
          <w:i w:val="0"/>
          <w:sz w:val="21"/>
        </w:rPr>
        <w:t>Items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Description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 ordered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 delivered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Condition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Good     ☐ Damaged     ☐ Short     ☐ Wrong item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(if applicable; 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Lines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Lines with a problem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Handover</w:t>
      </w:r>
    </w:p>
    <w:p>
      <w:r>
        <w:rPr>
          <w:b w:val="0"/>
          <w:i w:val="0"/>
          <w:color w:val="5B706A"/>
          <w:sz w:val="18"/>
        </w:rPr>
        <w:t>Where the goods were left and with whom.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Handed to a person     ☐ Left in an agreed safe place     ☐ Could not deliver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Where exactly?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not, and what happens next?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goods where they were left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Received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In good order     ☐ With the problems noted above     ☐ Refused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Comments from the person receiving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Check the goods before signing. Damage or shortages not noted here are harder to claim for later.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Received by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 of the person receiving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Driver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Delivery Note and Proof of Delivery. Printable copy from the SiteSurvey form library. Fill it in on a phone, with photos and signatures: sitesurvey.app/forms/delivery-note-template/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Note and Proof of Delivery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