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Daywork sheet template</w:t>
      </w:r>
    </w:p>
    <w:p>
      <w:r>
        <w:t>Record labour, plant and materials used on a dated, instructed item of extra work.</w:t>
      </w:r>
    </w:p>
    <w:p>
      <w:r>
        <w:t>Complete the applicable sections. An asterisk marks a required field when that section applies. Copy repeat sections as needed and attach photographs separately.</w:t>
      </w:r>
    </w:p>
    <w:p>
      <w:pPr>
        <w:pStyle w:val="Heading1"/>
      </w:pPr>
      <w:r>
        <w:t>Work and instruction</w:t>
      </w:r>
    </w:p>
    <w:p>
      <w:pPr>
        <w:keepNext/>
        <w:ind w:left="0"/>
      </w:pPr>
      <w:r>
        <w:rPr>
          <w:b/>
        </w:rPr>
        <w:t>Project or site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Record reference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Record date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Prepared by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Work area or asset location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Instruction reference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Instruction recorded from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Work performed *</w:t>
      </w:r>
    </w:p>
    <w:p>
      <w:pPr>
        <w:ind w:left="0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pPr>
        <w:keepNext/>
        <w:ind w:left="0"/>
      </w:pPr>
      <w:r>
        <w:rPr>
          <w:b/>
        </w:rPr>
        <w:t>Work evidence</w:t>
      </w:r>
    </w:p>
    <w:p>
      <w:pPr>
        <w:ind w:left="0"/>
      </w:pPr>
      <w:r>
        <w:t>Photo or attachment references: _________________________</w:t>
      </w:r>
    </w:p>
    <w:p>
      <w:r>
        <w:rPr>
          <w:i/>
        </w:rPr>
        <w:t>This sheet records resources used. Record any disputed quantities explicitly. Acknowledgement does not automatically agree rates, valuation or payment entitlement.</w:t>
      </w:r>
    </w:p>
    <w:p>
      <w:pPr>
        <w:pStyle w:val="Heading1"/>
      </w:pPr>
      <w:r>
        <w:t>Labour</w:t>
      </w:r>
    </w:p>
    <w:p>
      <w:pPr>
        <w:pStyle w:val="Heading2"/>
      </w:pPr>
      <w:r>
        <w:t>Labour entries</w:t>
      </w:r>
    </w:p>
    <w:p>
      <w:pPr>
        <w:keepNext/>
      </w:pPr>
      <w:r>
        <w:t>Repeat for each entry.</w:t>
      </w:r>
    </w:p>
    <w:p>
      <w:pPr>
        <w:keepNext/>
        <w:ind w:left="216"/>
      </w:pPr>
      <w:r>
        <w:rPr>
          <w:b/>
        </w:rPr>
        <w:t>Person or trade *</w:t>
      </w:r>
    </w:p>
    <w:p>
      <w:pPr>
        <w:ind w:left="216"/>
      </w:pPr>
      <w:r>
        <w:t>_________________________________________________________________</w:t>
      </w:r>
    </w:p>
    <w:p>
      <w:pPr>
        <w:keepNext/>
        <w:ind w:left="216"/>
      </w:pPr>
      <w:r>
        <w:rPr>
          <w:b/>
        </w:rPr>
        <w:t>Hours worked excluding breaks *</w:t>
      </w:r>
    </w:p>
    <w:p>
      <w:pPr>
        <w:ind w:left="216"/>
      </w:pPr>
      <w:r>
        <w:t>_________________________________________________________________</w:t>
      </w:r>
    </w:p>
    <w:p>
      <w:pPr>
        <w:keepNext/>
        <w:ind w:left="216"/>
      </w:pPr>
      <w:r>
        <w:rPr>
          <w:b/>
        </w:rPr>
        <w:t>Rate or agreed schedule reference</w:t>
      </w:r>
    </w:p>
    <w:p>
      <w:pPr>
        <w:ind w:left="216"/>
      </w:pPr>
      <w:r>
        <w:t>_________________________________________________________________</w:t>
      </w:r>
    </w:p>
    <w:p>
      <w:pPr>
        <w:keepNext/>
        <w:ind w:left="216"/>
      </w:pPr>
      <w:r>
        <w:rPr>
          <w:b/>
        </w:rPr>
        <w:t>Notes</w:t>
      </w:r>
    </w:p>
    <w:p>
      <w:pPr>
        <w:ind w:left="216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pPr>
        <w:pStyle w:val="Heading1"/>
      </w:pPr>
      <w:r>
        <w:t>Plant</w:t>
      </w:r>
    </w:p>
    <w:p>
      <w:pPr>
        <w:keepNext/>
        <w:ind w:left="0"/>
      </w:pPr>
      <w:r>
        <w:rPr>
          <w:b/>
        </w:rPr>
        <w:t>Was plant used? *</w:t>
      </w:r>
    </w:p>
    <w:p>
      <w:pPr>
        <w:ind w:left="0"/>
      </w:pPr>
      <w:r>
        <w:t>[ ] Yes    [ ] No</w:t>
      </w:r>
    </w:p>
    <w:p>
      <w:pPr>
        <w:pStyle w:val="Heading2"/>
      </w:pPr>
      <w:r>
        <w:t>Plant entries</w:t>
      </w:r>
    </w:p>
    <w:p>
      <w:pPr>
        <w:keepNext/>
      </w:pPr>
      <w:r>
        <w:t>Repeat for each entry. Complete when Was plant used? is Yes.</w:t>
      </w:r>
    </w:p>
    <w:p>
      <w:pPr>
        <w:keepNext/>
        <w:ind w:left="216"/>
      </w:pPr>
      <w:r>
        <w:rPr>
          <w:b/>
        </w:rPr>
        <w:t>Plant item and reference *</w:t>
      </w:r>
    </w:p>
    <w:p>
      <w:pPr>
        <w:ind w:left="216"/>
      </w:pPr>
      <w:r>
        <w:t>_________________________________________________________________</w:t>
      </w:r>
    </w:p>
    <w:p>
      <w:pPr>
        <w:keepNext/>
        <w:ind w:left="216"/>
      </w:pPr>
      <w:r>
        <w:rPr>
          <w:b/>
        </w:rPr>
        <w:t>Time or quantity *</w:t>
      </w:r>
    </w:p>
    <w:p>
      <w:pPr>
        <w:ind w:left="216"/>
      </w:pPr>
      <w:r>
        <w:t>_________________________________________________________________</w:t>
      </w:r>
    </w:p>
    <w:p>
      <w:pPr>
        <w:keepNext/>
        <w:ind w:left="216"/>
      </w:pPr>
      <w:r>
        <w:rPr>
          <w:b/>
        </w:rPr>
        <w:t>Unit *</w:t>
      </w:r>
    </w:p>
    <w:p>
      <w:pPr>
        <w:ind w:left="216"/>
      </w:pPr>
      <w:r>
        <w:t>[ ] Hours    [ ] Days    [ ] Other</w:t>
      </w:r>
    </w:p>
    <w:p>
      <w:pPr>
        <w:keepNext/>
        <w:ind w:left="216"/>
      </w:pPr>
      <w:r>
        <w:rPr>
          <w:b/>
        </w:rPr>
        <w:t>Specify unit *</w:t>
      </w:r>
      <w:r>
        <w:rPr>
          <w:i/>
          <w:sz w:val="18"/>
        </w:rPr>
        <w:br/>
        <w:t>If applicable: Unit is Other.</w:t>
      </w:r>
    </w:p>
    <w:p>
      <w:pPr>
        <w:ind w:left="216"/>
      </w:pPr>
      <w:r>
        <w:t>_________________________________________________________________</w:t>
      </w:r>
    </w:p>
    <w:p>
      <w:pPr>
        <w:keepNext/>
        <w:ind w:left="216"/>
      </w:pPr>
      <w:r>
        <w:rPr>
          <w:b/>
        </w:rPr>
        <w:t>Rate reference</w:t>
      </w:r>
    </w:p>
    <w:p>
      <w:pPr>
        <w:ind w:left="216"/>
      </w:pPr>
      <w:r>
        <w:t>_________________________________________________________________</w:t>
      </w:r>
    </w:p>
    <w:p>
      <w:pPr>
        <w:pStyle w:val="Heading1"/>
      </w:pPr>
      <w:r>
        <w:t>Materials</w:t>
      </w:r>
    </w:p>
    <w:p>
      <w:pPr>
        <w:keepNext/>
        <w:ind w:left="0"/>
      </w:pPr>
      <w:r>
        <w:rPr>
          <w:b/>
        </w:rPr>
        <w:t>Were materials used? *</w:t>
      </w:r>
    </w:p>
    <w:p>
      <w:pPr>
        <w:ind w:left="0"/>
      </w:pPr>
      <w:r>
        <w:t>[ ] Yes    [ ] No</w:t>
      </w:r>
    </w:p>
    <w:p>
      <w:pPr>
        <w:pStyle w:val="Heading2"/>
      </w:pPr>
      <w:r>
        <w:t>Material entries</w:t>
      </w:r>
    </w:p>
    <w:p>
      <w:pPr>
        <w:keepNext/>
      </w:pPr>
      <w:r>
        <w:t>Repeat for each entry. Complete when Were materials used? is Yes.</w:t>
      </w:r>
    </w:p>
    <w:p>
      <w:pPr>
        <w:keepNext/>
        <w:ind w:left="216"/>
      </w:pPr>
      <w:r>
        <w:rPr>
          <w:b/>
        </w:rPr>
        <w:t>Material *</w:t>
      </w:r>
    </w:p>
    <w:p>
      <w:pPr>
        <w:ind w:left="216"/>
      </w:pPr>
      <w:r>
        <w:t>_________________________________________________________________</w:t>
      </w:r>
    </w:p>
    <w:p>
      <w:pPr>
        <w:keepNext/>
        <w:ind w:left="216"/>
      </w:pPr>
      <w:r>
        <w:rPr>
          <w:b/>
        </w:rPr>
        <w:t>Quantity *</w:t>
      </w:r>
    </w:p>
    <w:p>
      <w:pPr>
        <w:ind w:left="216"/>
      </w:pPr>
      <w:r>
        <w:t>_________________________________________________________________</w:t>
      </w:r>
    </w:p>
    <w:p>
      <w:pPr>
        <w:keepNext/>
        <w:ind w:left="216"/>
      </w:pPr>
      <w:r>
        <w:rPr>
          <w:b/>
        </w:rPr>
        <w:t>Unit *</w:t>
      </w:r>
    </w:p>
    <w:p>
      <w:pPr>
        <w:ind w:left="216"/>
      </w:pPr>
      <w:r>
        <w:t>_________________________________________________________________</w:t>
      </w:r>
    </w:p>
    <w:p>
      <w:pPr>
        <w:keepNext/>
        <w:ind w:left="216"/>
      </w:pPr>
      <w:r>
        <w:rPr>
          <w:b/>
        </w:rPr>
        <w:t>Delivery or invoice reference</w:t>
      </w:r>
    </w:p>
    <w:p>
      <w:pPr>
        <w:ind w:left="216"/>
      </w:pPr>
      <w:r>
        <w:t>_________________________________________________________________</w:t>
      </w:r>
    </w:p>
    <w:p>
      <w:r>
        <w:br w:type="page"/>
      </w:r>
    </w:p>
    <w:p>
      <w:pPr>
        <w:pStyle w:val="Heading1"/>
      </w:pPr>
      <w:r>
        <w:t>Review and acknowledgement</w:t>
      </w:r>
    </w:p>
    <w:p>
      <w:pPr>
        <w:keepNext/>
        <w:ind w:left="0"/>
      </w:pPr>
      <w:r>
        <w:rPr>
          <w:b/>
        </w:rPr>
        <w:t>Resource record review *</w:t>
      </w:r>
    </w:p>
    <w:p>
      <w:pPr>
        <w:ind w:left="0"/>
      </w:pPr>
      <w:r>
        <w:t>[ ] Not yet reviewed    [ ] Acknowledged    [ ] Disputed entries</w:t>
      </w:r>
    </w:p>
    <w:p>
      <w:pPr>
        <w:keepNext/>
        <w:ind w:left="0"/>
      </w:pPr>
      <w:r>
        <w:rPr>
          <w:b/>
        </w:rPr>
        <w:t>Entries disputed and reason *</w:t>
      </w:r>
      <w:r>
        <w:rPr>
          <w:i/>
          <w:sz w:val="18"/>
        </w:rPr>
        <w:br/>
        <w:t>If applicable: Resource record review is Disputed entries.</w:t>
      </w:r>
    </w:p>
    <w:p>
      <w:pPr>
        <w:ind w:left="0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pPr>
        <w:keepNext/>
        <w:ind w:left="0"/>
      </w:pPr>
      <w:r>
        <w:rPr>
          <w:b/>
        </w:rPr>
        <w:t>Reviewed by *</w:t>
      </w:r>
      <w:r>
        <w:rPr>
          <w:i/>
          <w:sz w:val="18"/>
        </w:rPr>
        <w:br/>
        <w:t>If applicable: Resource record review is not Not yet reviewed.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Review date *</w:t>
      </w:r>
      <w:r>
        <w:rPr>
          <w:i/>
          <w:sz w:val="18"/>
        </w:rPr>
        <w:br/>
        <w:t>If applicable: Resource record review is not Not yet reviewed.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Reviewer acknowledgement</w:t>
      </w:r>
      <w:r>
        <w:rPr>
          <w:i/>
          <w:sz w:val="18"/>
        </w:rPr>
        <w:br/>
        <w:t>If applicable: Resource record review is not Not yet reviewed.</w:t>
      </w:r>
    </w:p>
    <w:p>
      <w:pPr>
        <w:spacing w:after="280"/>
        <w:ind w:left="0"/>
      </w:pPr>
      <w:r>
        <w:t>Signature: ________________________________________</w:t>
      </w:r>
    </w:p>
    <w:p>
      <w:pPr>
        <w:keepNext/>
        <w:ind w:left="0"/>
      </w:pPr>
      <w:r>
        <w:rPr>
          <w:b/>
        </w:rPr>
        <w:t>Commercial review notes and separate valuation reference</w:t>
      </w:r>
    </w:p>
    <w:p>
      <w:pPr>
        <w:ind w:left="0"/>
      </w:pPr>
      <w:r>
        <w:t>_________________________________________________________________</w:t>
      </w:r>
      <w:r>
        <w:br/>
        <w:t>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SiteSurvey  |  Daywork sheet template  |  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Daywork sheet template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