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Customer Feedback Survey</w:t>
      </w:r>
    </w:p>
    <w:p>
      <w:r>
        <w:rPr>
          <w:b w:val="0"/>
          <w:i w:val="0"/>
          <w:color w:val="5B706A"/>
          <w:sz w:val="20"/>
        </w:rPr>
        <w:t>Short satisfaction survey to send after a job: six ratings, a recommend score from 0 to 10, what went well, what could be better and a call-back request.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job</w:t>
      </w:r>
    </w:p>
    <w:p>
      <w:r>
        <w:rPr>
          <w:b w:val="0"/>
          <w:i w:val="0"/>
          <w:color w:val="5B706A"/>
          <w:sz w:val="18"/>
        </w:rPr>
        <w:t>Filled in for the customer before it is sent.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Job reference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Your name (optional)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How did we do?</w:t>
      </w:r>
    </w:p>
    <w:p>
      <w:r>
        <w:rPr>
          <w:b w:val="0"/>
          <w:i w:val="0"/>
          <w:color w:val="5B706A"/>
          <w:sz w:val="18"/>
        </w:rPr>
        <w:t>One is poor, five is excellent.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Overall, how satisfied are you?</w:t>
      </w:r>
      <w:r>
        <w:rPr>
          <w:b w:val="0"/>
          <w:i w:val="0"/>
          <w:color w:val="5B706A"/>
          <w:sz w:val="16"/>
        </w:rPr>
        <w:t xml:space="preserve">  (circle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Quality of the work</w:t>
      </w:r>
      <w:r>
        <w:rPr>
          <w:b w:val="0"/>
          <w:i w:val="0"/>
          <w:color w:val="5B706A"/>
          <w:sz w:val="16"/>
        </w:rPr>
        <w:t xml:space="preserve">  (circle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Turning up and finishing when we said we would</w:t>
      </w:r>
      <w:r>
        <w:rPr>
          <w:b w:val="0"/>
          <w:i w:val="0"/>
          <w:color w:val="5B706A"/>
          <w:sz w:val="16"/>
        </w:rPr>
        <w:t xml:space="preserve">  (circle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Keeping you informed</w:t>
      </w:r>
      <w:r>
        <w:rPr>
          <w:b w:val="0"/>
          <w:i w:val="0"/>
          <w:color w:val="5B706A"/>
          <w:sz w:val="16"/>
        </w:rPr>
        <w:t xml:space="preserve">  (circle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Leaving the place clean and tidy</w:t>
      </w:r>
      <w:r>
        <w:rPr>
          <w:b w:val="0"/>
          <w:i w:val="0"/>
          <w:color w:val="5B706A"/>
          <w:sz w:val="16"/>
        </w:rPr>
        <w:t xml:space="preserve">  (circle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Our people: polite, helpful and professional</w:t>
      </w:r>
      <w:r>
        <w:rPr>
          <w:b w:val="0"/>
          <w:i w:val="0"/>
          <w:color w:val="5B706A"/>
          <w:sz w:val="16"/>
        </w:rPr>
        <w:t xml:space="preserve">  (circle one (Poor to Excellent))</w:t>
      </w:r>
    </w:p>
    <w:p>
      <w:pPr>
        <w:ind w:left="0"/>
      </w:pPr>
      <w:r>
        <w:rPr>
          <w:b w:val="0"/>
          <w:i w:val="0"/>
          <w:sz w:val="19"/>
        </w:rPr>
        <w:t>☐ 1     ☐ 2     ☐ 3     ☐ 4     ☐ 5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Average score out of 5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likely are you to recommend us, from 0 (not at all) to 10 (certain)?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Thank you for telling us. Please say what went wrong on the next page so we can put it right.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 your own words</w:t>
      </w:r>
    </w:p>
    <w:p>
      <w:r>
        <w:rPr>
          <w:b w:val="0"/>
          <w:i w:val="0"/>
          <w:color w:val="5B706A"/>
          <w:sz w:val="18"/>
        </w:rPr>
        <w:t>The most useful part.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did we do well?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could we do better?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anything about the job still not right?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needs putting right?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Would you like us to call you?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Best number and time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May we quote your comments in our marketing?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should we credit you?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your name and company, or initials only.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Customer Feedback Survey. Printable copy from the SiteSurvey form library. Fill it in on a phone, with photos and signatures: sitesurvey.app/forms/customer-feedback-form-template/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Feedback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