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Container Inspection</w:t>
      </w:r>
    </w:p>
    <w:p>
      <w:r>
        <w:rPr>
          <w:b w:val="0"/>
          <w:i w:val="0"/>
          <w:color w:val="5B706A"/>
          <w:sz w:val="20"/>
        </w:rPr>
        <w:t>A 7-point container and trailer inspection: container and seal numbers, safety approval plate, undercarriage, doors, sides, front wall, roof and floor, reefer fan housing, cleanliness, accept or reject, photos and sign-off.</w:t>
      </w:r>
    </w:p>
    <w:p>
      <w:pPr>
        <w:keepNext/>
        <w:spacing w:before="240"/>
      </w:pPr>
      <w:r>
        <w:rPr>
          <w:b/>
          <w:i w:val="0"/>
          <w:color w:val="1B5E52"/>
          <w:sz w:val="26"/>
        </w:rPr>
        <w:t>1. Container</w:t>
      </w:r>
    </w:p>
    <w:p>
      <w:pPr>
        <w:keepNext/>
        <w:spacing w:after="20"/>
        <w:ind w:left="0"/>
      </w:pPr>
      <w:r>
        <w:rPr>
          <w:b/>
          <w:i w:val="0"/>
          <w:sz w:val="19"/>
        </w:rPr>
        <w:t>Project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address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Inspection date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Time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Inspector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When</w:t>
      </w:r>
      <w:r>
        <w:rPr>
          <w:b w:val="0"/>
          <w:i w:val="0"/>
          <w:color w:val="5B706A"/>
          <w:sz w:val="16"/>
        </w:rPr>
        <w:t xml:space="preserve">  (choose one)</w:t>
      </w:r>
    </w:p>
    <w:p>
      <w:pPr>
        <w:ind w:left="0"/>
      </w:pPr>
      <w:r>
        <w:rPr>
          <w:b w:val="0"/>
          <w:i w:val="0"/>
          <w:sz w:val="19"/>
        </w:rPr>
        <w:t>☐ Before loading     ☐ On receipt     ☐ Return</w:t>
      </w:r>
    </w:p>
    <w:p>
      <w:pPr>
        <w:keepNext/>
        <w:spacing w:after="20"/>
        <w:ind w:left="0"/>
      </w:pPr>
      <w:r>
        <w:rPr>
          <w:b/>
          <w:i w:val="0"/>
          <w:sz w:val="19"/>
        </w:rPr>
        <w:t>Container or trailer number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Scan the container number</w:t>
      </w:r>
    </w:p>
    <w:p>
      <w:pPr>
        <w:spacing w:after="20"/>
        <w:ind w:left="0"/>
      </w:pPr>
      <w:r>
        <w:rPr>
          <w:b w:val="0"/>
          <w:i w:val="0"/>
          <w:color w:val="5B706A"/>
          <w:sz w:val="17"/>
        </w:rPr>
        <w:t>Scanned in the SiteSurvey app. On paper, write the numbers: container number.</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Type</w:t>
      </w:r>
      <w:r>
        <w:rPr>
          <w:b w:val="0"/>
          <w:i w:val="0"/>
          <w:color w:val="5B706A"/>
          <w:sz w:val="16"/>
        </w:rPr>
        <w:t xml:space="preserve">  (choose one)</w:t>
      </w:r>
    </w:p>
    <w:p>
      <w:pPr>
        <w:ind w:left="0"/>
      </w:pPr>
      <w:r>
        <w:rPr>
          <w:b w:val="0"/>
          <w:i w:val="0"/>
          <w:sz w:val="19"/>
        </w:rPr>
        <w:t>☐ 20 ft dry     ☐ 40 ft dry     ☐ 40 ft high cube     ☐ Reefer     ☐ Trailer     ☐ Other</w:t>
      </w:r>
    </w:p>
    <w:p>
      <w:pPr>
        <w:keepNext/>
        <w:spacing w:after="20"/>
        <w:ind w:left="0"/>
      </w:pPr>
      <w:r>
        <w:rPr>
          <w:b/>
          <w:i w:val="0"/>
          <w:sz w:val="19"/>
        </w:rPr>
        <w:t>Safety approval plate fitted, with in-date examination details?</w:t>
      </w:r>
    </w:p>
    <w:p>
      <w:pPr>
        <w:ind w:left="0"/>
      </w:pPr>
      <w:r>
        <w:rPr>
          <w:b w:val="0"/>
          <w:i w:val="0"/>
          <w:sz w:val="19"/>
        </w:rPr>
        <w:t>☐ Yes     ☐ No</w:t>
      </w:r>
    </w:p>
    <w:tbl>
      <w:tblPr>
        <w:tblW w:type="auto" w:w="0"/>
        <w:jc w:val="left"/>
        <w:tblLook w:firstColumn="1" w:firstRow="1" w:lastColumn="0" w:lastRow="0" w:noHBand="0" w:noVBand="1" w:val="04A0"/>
      </w:tblPr>
      <w:tblGrid>
        <w:gridCol w:w="9866"/>
      </w:tblGrid>
      <w:tr>
        <w:tc>
          <w:tcPr>
            <w:tcW w:type="dxa" w:w="9866"/>
            <w:shd w:val="clear" w:color="auto" w:fill="fdecea"/>
          </w:tcPr>
          <w:p>
            <w:pPr>
              <w:ind w:left="0"/>
            </w:pPr>
            <w:r>
              <w:rPr>
                <w:b w:val="0"/>
                <w:i w:val="0"/>
                <w:sz w:val="18"/>
              </w:rPr>
              <w:t>If applicable: HSE: freight containers must have a safety approval plate permanently fixed, showing the approval reference, identification number, maximum operating gross weight and examination arrangements, and must be examined under an approved scheme (ACEP or PES). Report a missing or out-of-date plate before the container is used.</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The US CTPAT minimum security criteria require a seven-point inspection of empty containers before loading: front wall, left side, right side, floor, ceiling or roof, inside and outside doors including the locks, and outside and undercarriage. Refrigerated containers add an eighth point, the fan housing. The checks look for changes made to hide contraband, and for visible pests.</w:t>
            </w:r>
          </w:p>
        </w:tc>
      </w:tr>
    </w:tbl>
    <w:p>
      <w:pPr>
        <w:spacing w:after="0"/>
      </w:pPr>
    </w:p>
    <w:p>
      <w:pPr>
        <w:keepNext/>
        <w:spacing w:before="240"/>
      </w:pPr>
      <w:r>
        <w:rPr>
          <w:b/>
          <w:i w:val="0"/>
          <w:color w:val="1B5E52"/>
          <w:sz w:val="26"/>
        </w:rPr>
        <w:t>2. Seven-point check</w:t>
      </w:r>
    </w:p>
    <w:p>
      <w:pPr>
        <w:keepNext/>
        <w:spacing w:after="20"/>
        <w:ind w:left="0"/>
      </w:pPr>
      <w:r>
        <w:rPr>
          <w:b/>
          <w:i w:val="0"/>
          <w:sz w:val="19"/>
        </w:rPr>
        <w:t>Undercarriage and outside</w:t>
      </w:r>
      <w:r>
        <w:rPr>
          <w:b w:val="0"/>
          <w:i w:val="0"/>
          <w:color w:val="5B706A"/>
          <w:sz w:val="16"/>
        </w:rPr>
        <w:t xml:space="preserve">  (choose one)</w:t>
      </w:r>
    </w:p>
    <w:p>
      <w:pPr>
        <w:ind w:left="0"/>
      </w:pPr>
      <w:r>
        <w:rPr>
          <w:b w:val="0"/>
          <w:i w:val="0"/>
          <w:sz w:val="19"/>
        </w:rPr>
        <w:t>☐ OK     ☐ Defect</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Doors, inside and outside (locks, hinges, bolts)</w:t>
      </w:r>
      <w:r>
        <w:rPr>
          <w:b w:val="0"/>
          <w:i w:val="0"/>
          <w:color w:val="5B706A"/>
          <w:sz w:val="16"/>
        </w:rPr>
        <w:t xml:space="preserve">  (choose one)</w:t>
      </w:r>
    </w:p>
    <w:p>
      <w:pPr>
        <w:ind w:left="0"/>
      </w:pPr>
      <w:r>
        <w:rPr>
          <w:b w:val="0"/>
          <w:i w:val="0"/>
          <w:sz w:val="19"/>
        </w:rPr>
        <w:t>☐ OK     ☐ Defect</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Right side</w:t>
      </w:r>
      <w:r>
        <w:rPr>
          <w:b w:val="0"/>
          <w:i w:val="0"/>
          <w:color w:val="5B706A"/>
          <w:sz w:val="16"/>
        </w:rPr>
        <w:t xml:space="preserve">  (choose one)</w:t>
      </w:r>
    </w:p>
    <w:p>
      <w:pPr>
        <w:ind w:left="0"/>
      </w:pPr>
      <w:r>
        <w:rPr>
          <w:b w:val="0"/>
          <w:i w:val="0"/>
          <w:sz w:val="19"/>
        </w:rPr>
        <w:t>☐ OK     ☐ Defect</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Left side</w:t>
      </w:r>
      <w:r>
        <w:rPr>
          <w:b w:val="0"/>
          <w:i w:val="0"/>
          <w:color w:val="5B706A"/>
          <w:sz w:val="16"/>
        </w:rPr>
        <w:t xml:space="preserve">  (choose one)</w:t>
      </w:r>
    </w:p>
    <w:p>
      <w:pPr>
        <w:ind w:left="0"/>
      </w:pPr>
      <w:r>
        <w:rPr>
          <w:b w:val="0"/>
          <w:i w:val="0"/>
          <w:sz w:val="19"/>
        </w:rPr>
        <w:t>☐ OK     ☐ Defect</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Front wall</w:t>
      </w:r>
      <w:r>
        <w:rPr>
          <w:b w:val="0"/>
          <w:i w:val="0"/>
          <w:color w:val="5B706A"/>
          <w:sz w:val="16"/>
        </w:rPr>
        <w:t xml:space="preserve">  (choose one)</w:t>
      </w:r>
    </w:p>
    <w:p>
      <w:pPr>
        <w:ind w:left="0"/>
      </w:pPr>
      <w:r>
        <w:rPr>
          <w:b w:val="0"/>
          <w:i w:val="0"/>
          <w:sz w:val="19"/>
        </w:rPr>
        <w:t>☐ OK     ☐ Defect</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Ceiling and roof</w:t>
      </w:r>
      <w:r>
        <w:rPr>
          <w:b w:val="0"/>
          <w:i w:val="0"/>
          <w:color w:val="5B706A"/>
          <w:sz w:val="16"/>
        </w:rPr>
        <w:t xml:space="preserve">  (choose one)</w:t>
      </w:r>
    </w:p>
    <w:p>
      <w:pPr>
        <w:ind w:left="0"/>
      </w:pPr>
      <w:r>
        <w:rPr>
          <w:b w:val="0"/>
          <w:i w:val="0"/>
          <w:sz w:val="19"/>
        </w:rPr>
        <w:t>☐ OK     ☐ Defect</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Floor (inside)</w:t>
      </w:r>
      <w:r>
        <w:rPr>
          <w:b w:val="0"/>
          <w:i w:val="0"/>
          <w:color w:val="5B706A"/>
          <w:sz w:val="16"/>
        </w:rPr>
        <w:t xml:space="preserve">  (choose one)</w:t>
      </w:r>
    </w:p>
    <w:p>
      <w:pPr>
        <w:ind w:left="0"/>
      </w:pPr>
      <w:r>
        <w:rPr>
          <w:b w:val="0"/>
          <w:i w:val="0"/>
          <w:sz w:val="19"/>
        </w:rPr>
        <w:t>☐ OK     ☐ Defect</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Reefer fan housing</w:t>
      </w:r>
      <w:r>
        <w:rPr>
          <w:b w:val="0"/>
          <w:i w:val="0"/>
          <w:color w:val="5B706A"/>
          <w:sz w:val="16"/>
        </w:rPr>
        <w:t xml:space="preserve">  (if applicable; choose one)</w:t>
      </w:r>
    </w:p>
    <w:p>
      <w:pPr>
        <w:ind w:left="0"/>
      </w:pPr>
      <w:r>
        <w:rPr>
          <w:b w:val="0"/>
          <w:i w:val="0"/>
          <w:sz w:val="19"/>
        </w:rPr>
        <w:t>☐ OK     ☐ Defect</w:t>
      </w:r>
    </w:p>
    <w:p>
      <w:pPr>
        <w:keepNext/>
        <w:spacing w:after="20"/>
        <w:ind w:left="0"/>
      </w:pPr>
      <w:r>
        <w:rPr>
          <w:b/>
          <w:i w:val="0"/>
          <w:sz w:val="19"/>
        </w:rPr>
        <w:t>What is wrong?</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Clean and fit for the load *</w:t>
      </w:r>
      <w:r>
        <w:rPr>
          <w:b w:val="0"/>
          <w:i w:val="0"/>
          <w:color w:val="5B706A"/>
          <w:sz w:val="16"/>
        </w:rPr>
        <w:t xml:space="preserve">  (tick all that apply)</w:t>
      </w:r>
    </w:p>
    <w:p>
      <w:pPr>
        <w:ind w:left="0"/>
      </w:pPr>
      <w:r>
        <w:rPr>
          <w:b w:val="0"/>
          <w:i w:val="0"/>
          <w:sz w:val="19"/>
        </w:rPr>
        <w:t>☐ Dry     ☐ Clean     ☐ No odour     ☐ No pests     ☐ No holes or light coming in</w:t>
      </w:r>
    </w:p>
    <w:p>
      <w:pPr>
        <w:keepNext/>
        <w:spacing w:after="20"/>
        <w:ind w:left="0"/>
      </w:pPr>
      <w:r>
        <w:rPr>
          <w:b/>
          <w:i w:val="0"/>
          <w:sz w:val="19"/>
        </w:rPr>
        <w:t>Photos (doors, inside, any defects)</w:t>
      </w:r>
      <w:r>
        <w:rPr>
          <w:b w:val="0"/>
          <w:i w:val="0"/>
          <w:color w:val="5B706A"/>
          <w:sz w:val="16"/>
        </w:rPr>
        <w:t xml:space="preserve">  (photos: attach, or note the file names)</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3. Result</w:t>
      </w:r>
    </w:p>
    <w:p>
      <w:pPr>
        <w:keepNext/>
        <w:spacing w:after="20"/>
        <w:ind w:left="0"/>
      </w:pPr>
      <w:r>
        <w:rPr>
          <w:b/>
          <w:i w:val="0"/>
          <w:sz w:val="19"/>
        </w:rPr>
        <w:t>Result *</w:t>
      </w:r>
      <w:r>
        <w:rPr>
          <w:b w:val="0"/>
          <w:i w:val="0"/>
          <w:color w:val="5B706A"/>
          <w:sz w:val="16"/>
        </w:rPr>
        <w:t xml:space="preserve">  (choose one)</w:t>
      </w:r>
    </w:p>
    <w:p>
      <w:pPr>
        <w:ind w:left="0"/>
      </w:pPr>
      <w:r>
        <w:rPr>
          <w:b w:val="0"/>
          <w:i w:val="0"/>
          <w:sz w:val="19"/>
        </w:rPr>
        <w:t>☐ Accepted     ☐ Rejected</w:t>
      </w:r>
    </w:p>
    <w:p>
      <w:pPr>
        <w:keepNext/>
        <w:spacing w:after="20"/>
        <w:ind w:left="0"/>
      </w:pPr>
      <w:r>
        <w:rPr>
          <w:b/>
          <w:i w:val="0"/>
          <w:sz w:val="19"/>
        </w:rPr>
        <w:t>Why rejected</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Seal number applied or checked</w:t>
      </w:r>
      <w:r>
        <w:rPr>
          <w:b w:val="0"/>
          <w:i w:val="0"/>
          <w:color w:val="5B706A"/>
          <w:sz w:val="16"/>
        </w:rPr>
        <w:t xml:space="preserve">  (if applicable)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Scan the seal</w:t>
      </w:r>
    </w:p>
    <w:p>
      <w:pPr>
        <w:spacing w:after="20"/>
        <w:ind w:left="0"/>
      </w:pPr>
      <w:r>
        <w:rPr>
          <w:b w:val="0"/>
          <w:i w:val="0"/>
          <w:color w:val="5B706A"/>
          <w:sz w:val="17"/>
        </w:rPr>
        <w:t>Scanned in the SiteSurvey app. On paper, write the numbers: seal number.</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Seal checked: number matches the documents, and it does not pull or twist loose?</w:t>
      </w:r>
      <w:r>
        <w:rPr>
          <w:b w:val="0"/>
          <w:i w:val="0"/>
          <w:color w:val="5B706A"/>
          <w:sz w:val="16"/>
        </w:rPr>
        <w:t xml:space="preserve">  (if applicable)</w:t>
      </w:r>
    </w:p>
    <w:p>
      <w:pPr>
        <w:ind w:left="0"/>
      </w:pPr>
      <w:r>
        <w:rPr>
          <w:b w:val="0"/>
          <w:i w:val="0"/>
          <w:sz w:val="19"/>
        </w:rPr>
        <w:t>☐ Yes     ☐ No</w:t>
      </w:r>
    </w:p>
    <w:p>
      <w:pPr>
        <w:keepNext/>
        <w:spacing w:after="20"/>
        <w:ind w:left="0"/>
      </w:pPr>
      <w:r>
        <w:rPr>
          <w:b/>
          <w:i w:val="0"/>
          <w:sz w:val="19"/>
        </w:rPr>
        <w:t>Inspector name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p>
      <w:pPr>
        <w:keepNext/>
        <w:spacing w:after="20"/>
        <w:ind w:left="0"/>
      </w:pPr>
      <w:r>
        <w:rPr>
          <w:b/>
          <w:i w:val="0"/>
          <w:sz w:val="19"/>
        </w:rPr>
        <w:t>Driver name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Driver 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Container Inspection. Printable copy from the SiteSurvey form library. Fill it in on a phone, with photos and signatures: sitesurvey.app/forms/container-inspection-checklist/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Container Inspection</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