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submittal template</w:t>
      </w:r>
    </w:p>
    <w:p>
      <w:r>
        <w:t>Record proposed materials or documents, their specification references and revisions, and the reviewer’s response.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Submittal details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or recipient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Response required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package or location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Proposed material or document</w:t>
      </w:r>
    </w:p>
    <w:p>
      <w:pPr>
        <w:keepNext/>
        <w:ind w:left="0"/>
      </w:pPr>
      <w:r>
        <w:rPr>
          <w:b/>
        </w:rPr>
        <w:t>Specification clause and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Drawing reference and revision</w:t>
      </w:r>
    </w:p>
    <w:p>
      <w:pPr>
        <w:ind w:left="0"/>
      </w:pPr>
      <w:r>
        <w:t>_________________________________________________________________</w:t>
      </w:r>
    </w:p>
    <w:p>
      <w:pPr>
        <w:pStyle w:val="Heading2"/>
      </w:pPr>
      <w:r>
        <w:t>Items submitted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Item or product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Manufacturer or document author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Model or document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Revision or issue date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Supporting document references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Intended use or location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Is a departure from the specification proposed? *</w:t>
      </w:r>
    </w:p>
    <w:p>
      <w:pPr>
        <w:ind w:left="0"/>
      </w:pPr>
      <w:r>
        <w:t>[ ] Yes    [ ] No</w:t>
      </w:r>
    </w:p>
    <w:p>
      <w:pPr>
        <w:keepNext/>
        <w:ind w:left="0"/>
      </w:pPr>
      <w:r>
        <w:rPr>
          <w:b/>
        </w:rPr>
        <w:t>Proposed departure and reason *</w:t>
      </w:r>
      <w:r>
        <w:rPr>
          <w:i/>
          <w:sz w:val="18"/>
        </w:rPr>
        <w:br/>
        <w:t>If applicable: Is a departure from the specification proposed? is Yes.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Supporting product or site photos</w:t>
      </w:r>
    </w:p>
    <w:p>
      <w:pPr>
        <w:ind w:left="0"/>
      </w:pPr>
      <w:r>
        <w:t>Photo or attachment references: _________________________</w:t>
      </w:r>
    </w:p>
    <w:p>
      <w:pPr>
        <w:pStyle w:val="Heading1"/>
      </w:pPr>
      <w:r>
        <w:t>Review record</w:t>
      </w:r>
    </w:p>
    <w:p>
      <w:pPr>
        <w:keepNext/>
        <w:ind w:left="0"/>
      </w:pPr>
      <w:r>
        <w:rPr>
          <w:b/>
        </w:rPr>
        <w:t>Review status *</w:t>
      </w:r>
    </w:p>
    <w:p>
      <w:pPr>
        <w:ind w:left="0"/>
      </w:pPr>
      <w:r>
        <w:t>[ ] Awaiting review    [ ] Reviewed without comments    [ ] Reviewed with comments    [ ] Revise and resubmit    [ ] Not accepted</w:t>
      </w:r>
    </w:p>
    <w:p>
      <w:pPr>
        <w:keepNext/>
        <w:ind w:left="0"/>
      </w:pPr>
      <w:r>
        <w:rPr>
          <w:b/>
        </w:rPr>
        <w:t>Review comments or decision evidence *</w:t>
      </w:r>
      <w:r>
        <w:rPr>
          <w:i/>
          <w:sz w:val="18"/>
        </w:rPr>
        <w:br/>
        <w:t>If applicable: Review status is not Awaiting review.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 recorded from *</w:t>
      </w:r>
      <w:r>
        <w:rPr>
          <w:i/>
          <w:sz w:val="18"/>
        </w:rPr>
        <w:br/>
        <w:t>If applicable: Review status is not Awaiting review.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 date *</w:t>
      </w:r>
      <w:r>
        <w:rPr>
          <w:i/>
          <w:sz w:val="18"/>
        </w:rPr>
        <w:br/>
        <w:t>If applicable: Review status is not Awaiting review.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Previous submission reference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Resubmission reference or planned revision *</w:t>
      </w:r>
      <w:r>
        <w:rPr>
          <w:i/>
          <w:sz w:val="18"/>
        </w:rPr>
        <w:br/>
        <w:t>If applicable: Review status is Revise and resubmit.</w:t>
      </w:r>
    </w:p>
    <w:p>
      <w:pPr>
        <w:ind w:left="0"/>
      </w:pPr>
      <w:r>
        <w:t>_________________________________________________________________</w:t>
      </w:r>
    </w:p>
    <w:p>
      <w:r>
        <w:rPr>
          <w:i/>
        </w:rPr>
        <w:t>Record the project reviewer’s actual response and any conditions. This record does not replace the project’s contractual approval or instruction procedure.</w:t>
      </w:r>
    </w:p>
    <w:p>
      <w:pPr>
        <w:pStyle w:val="Heading1"/>
      </w:pPr>
      <w:r>
        <w:t>Next action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Action owner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Action due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Construction submittal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submittal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