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Construction RFI template</w:t>
      </w:r>
    </w:p>
    <w:p>
      <w:r>
        <w:t>Raise one construction clarification with controlled drawing references, the question, response and next action.</w:t>
      </w:r>
    </w:p>
    <w:p>
      <w:r>
        <w:t>Complete the applicable sections. An asterisk marks a required field when that section applies. Copy repeat sections as needed and attach photographs separately.</w:t>
      </w:r>
    </w:p>
    <w:p>
      <w:pPr>
        <w:pStyle w:val="Heading1"/>
      </w:pPr>
      <w:r>
        <w:t>Request</w:t>
      </w:r>
    </w:p>
    <w:p>
      <w:pPr>
        <w:keepNext/>
        <w:ind w:left="0"/>
      </w:pPr>
      <w:r>
        <w:rPr>
          <w:b/>
        </w:rPr>
        <w:t>Project or site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reference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date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Prepared by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Work area or asset location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Person receiving the RFI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Response needed by *</w:t>
      </w:r>
    </w:p>
    <w:p>
      <w:pPr>
        <w:ind w:left="0"/>
      </w:pPr>
      <w:r>
        <w:t>_________________________________________________________________</w:t>
      </w:r>
    </w:p>
    <w:p>
      <w:pPr>
        <w:pStyle w:val="Heading1"/>
      </w:pPr>
      <w:r>
        <w:t>Context and question</w:t>
      </w:r>
    </w:p>
    <w:p>
      <w:pPr>
        <w:keepNext/>
        <w:ind w:left="0"/>
      </w:pPr>
      <w:r>
        <w:rPr>
          <w:b/>
        </w:rPr>
        <w:t>Drawing reference and revision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Specification reference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Question requiring clarification *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Proposed solution, if any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Relevant site photos</w:t>
      </w:r>
    </w:p>
    <w:p>
      <w:pPr>
        <w:ind w:left="0"/>
      </w:pPr>
      <w:r>
        <w:t>Photo or attachment references: _________________________</w:t>
      </w:r>
    </w:p>
    <w:p>
      <w:pPr>
        <w:keepNext/>
        <w:ind w:left="0"/>
      </w:pPr>
      <w:r>
        <w:rPr>
          <w:b/>
        </w:rPr>
        <w:t>Could this affect time or cost? *</w:t>
      </w:r>
    </w:p>
    <w:p>
      <w:pPr>
        <w:ind w:left="0"/>
      </w:pPr>
      <w:r>
        <w:t>[ ] Yes    [ ] No    [ ] Not yet known</w:t>
      </w:r>
    </w:p>
    <w:p>
      <w:pPr>
        <w:keepNext/>
        <w:ind w:left="0"/>
      </w:pPr>
      <w:r>
        <w:rPr>
          <w:b/>
        </w:rPr>
        <w:t>Potential impact and assumptions *</w:t>
      </w:r>
      <w:r>
        <w:rPr>
          <w:i/>
          <w:sz w:val="18"/>
        </w:rPr>
        <w:br/>
        <w:t>If applicable: Could this affect time or cost? is Yes or Could this affect time or cost? is Not yet known.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r>
        <w:rPr>
          <w:i/>
        </w:rPr>
        <w:t>Record proposals separately from the authorised response. A response or signature on this record does not by itself establish approval of changed scope or cost.</w:t>
      </w:r>
    </w:p>
    <w:p>
      <w:pPr>
        <w:pStyle w:val="Heading1"/>
      </w:pPr>
      <w:r>
        <w:t>Response</w:t>
      </w:r>
    </w:p>
    <w:p>
      <w:pPr>
        <w:keepNext/>
        <w:ind w:left="0"/>
      </w:pPr>
      <w:r>
        <w:rPr>
          <w:b/>
        </w:rPr>
        <w:t>Response status *</w:t>
      </w:r>
    </w:p>
    <w:p>
      <w:pPr>
        <w:ind w:left="0"/>
      </w:pPr>
      <w:r>
        <w:t>[ ] Awaiting response    [ ] Answered    [ ] Further information needed</w:t>
      </w:r>
    </w:p>
    <w:p>
      <w:pPr>
        <w:keepNext/>
        <w:ind w:left="0"/>
      </w:pPr>
      <w:r>
        <w:rPr>
          <w:b/>
        </w:rPr>
        <w:t>Response or information requested *</w:t>
      </w:r>
      <w:r>
        <w:rPr>
          <w:i/>
          <w:sz w:val="18"/>
        </w:rPr>
        <w:br/>
        <w:t>If applicable: Response status is not Awaiting response.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Response recorded from *</w:t>
      </w:r>
      <w:r>
        <w:rPr>
          <w:i/>
          <w:sz w:val="18"/>
        </w:rPr>
        <w:br/>
        <w:t>If applicable: Response status is not Awaiting response.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Response date *</w:t>
      </w:r>
      <w:r>
        <w:rPr>
          <w:i/>
          <w:sz w:val="18"/>
        </w:rPr>
        <w:br/>
        <w:t>If applicable: Response status is not Awaiting response.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Revised document references</w:t>
      </w:r>
      <w:r>
        <w:rPr>
          <w:i/>
          <w:sz w:val="18"/>
        </w:rPr>
        <w:br/>
        <w:t>If applicable: Response status is Answered.</w:t>
      </w:r>
    </w:p>
    <w:p>
      <w:pPr>
        <w:ind w:left="0"/>
      </w:pPr>
      <w:r>
        <w:t>_________________________________________________________________</w:t>
      </w:r>
    </w:p>
    <w:p>
      <w:pPr>
        <w:pStyle w:val="Heading1"/>
      </w:pPr>
      <w:r>
        <w:t>Next action</w:t>
      </w:r>
    </w:p>
    <w:p>
      <w:pPr>
        <w:keepNext/>
        <w:ind w:left="0"/>
      </w:pPr>
      <w:r>
        <w:rPr>
          <w:b/>
        </w:rPr>
        <w:t>Next action or reason no action is needed *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Person responsible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Is this RFI closed? *</w:t>
      </w:r>
    </w:p>
    <w:p>
      <w:pPr>
        <w:ind w:left="0"/>
      </w:pPr>
      <w:r>
        <w:t>[ ] Yes    [ ] No</w:t>
      </w:r>
    </w:p>
    <w:p>
      <w:pPr>
        <w:keepNext/>
        <w:ind w:left="0"/>
      </w:pPr>
      <w:r>
        <w:rPr>
          <w:b/>
        </w:rPr>
        <w:t>Closure evidence and reference *</w:t>
      </w:r>
      <w:r>
        <w:rPr>
          <w:i/>
          <w:sz w:val="18"/>
        </w:rPr>
        <w:br/>
        <w:t>If applicable: Is this RFI closed? is Yes.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Reviewed by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Reviewer acknowledgement</w:t>
      </w:r>
    </w:p>
    <w:p>
      <w:pPr>
        <w:spacing w:after="280"/>
        <w:ind w:left="0"/>
      </w:pPr>
      <w:r>
        <w:t>Signature: ________________________________________</w:t>
      </w:r>
    </w:p>
    <w:sectPr w:rsidR="00FC693F" w:rsidRPr="0006063C" w:rsidSect="00034616">
      <w:footerReference w:type="default" r:id="rId9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SiteSurvey  |  Construction RFI template  | 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RFI template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