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Construction Daily Report</w:t>
      </w:r>
    </w:p>
    <w:p>
      <w:r>
        <w:rPr>
          <w:b w:val="0"/>
          <w:i w:val="0"/>
          <w:color w:val="5B706A"/>
          <w:sz w:val="20"/>
        </w:rPr>
        <w:t>Site diary for one day: weather, labour and plant, work done by area, deliveries, delays, instructions, safety and the plan for tomorrow, with photos.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The day</w:t>
      </w:r>
    </w:p>
    <w:p>
      <w:r>
        <w:rPr>
          <w:b w:val="0"/>
          <w:i w:val="0"/>
          <w:color w:val="5B706A"/>
          <w:sz w:val="18"/>
        </w:rPr>
        <w:t>Date, weather and hours.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 by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Contractor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Weather, morning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Dry</w:t>
      </w:r>
    </w:p>
    <w:p>
      <w:pPr>
        <w:spacing w:after="0"/>
        <w:ind w:left="0"/>
      </w:pPr>
      <w:r>
        <w:rPr>
          <w:b w:val="0"/>
          <w:i w:val="0"/>
          <w:sz w:val="19"/>
        </w:rPr>
        <w:t>☐ Showers</w:t>
      </w:r>
    </w:p>
    <w:p>
      <w:pPr>
        <w:spacing w:after="0"/>
        <w:ind w:left="0"/>
      </w:pPr>
      <w:r>
        <w:rPr>
          <w:b w:val="0"/>
          <w:i w:val="0"/>
          <w:sz w:val="19"/>
        </w:rPr>
        <w:t>☐ Rain</w:t>
      </w:r>
    </w:p>
    <w:p>
      <w:pPr>
        <w:spacing w:after="0"/>
        <w:ind w:left="0"/>
      </w:pPr>
      <w:r>
        <w:rPr>
          <w:b w:val="0"/>
          <w:i w:val="0"/>
          <w:sz w:val="19"/>
        </w:rPr>
        <w:t>☐ High wind</w:t>
      </w:r>
    </w:p>
    <w:p>
      <w:pPr>
        <w:spacing w:after="0"/>
        <w:ind w:left="0"/>
      </w:pPr>
      <w:r>
        <w:rPr>
          <w:b w:val="0"/>
          <w:i w:val="0"/>
          <w:sz w:val="19"/>
        </w:rPr>
        <w:t>☐ Frost or ice</w:t>
      </w:r>
    </w:p>
    <w:p>
      <w:pPr>
        <w:spacing w:after="0"/>
        <w:ind w:left="0"/>
      </w:pPr>
      <w:r>
        <w:rPr>
          <w:b w:val="0"/>
          <w:i w:val="0"/>
          <w:sz w:val="19"/>
        </w:rPr>
        <w:t>☐ Snow</w:t>
      </w:r>
    </w:p>
    <w:p>
      <w:pPr>
        <w:spacing w:after="0"/>
        <w:ind w:left="0"/>
      </w:pPr>
      <w:r>
        <w:rPr>
          <w:b w:val="0"/>
          <w:i w:val="0"/>
          <w:sz w:val="19"/>
        </w:rPr>
        <w:t>☐ Fog</w:t>
      </w:r>
    </w:p>
    <w:p>
      <w:pPr>
        <w:spacing w:after="120"/>
        <w:ind w:left="0"/>
      </w:pPr>
      <w:r>
        <w:rPr>
          <w:b w:val="0"/>
          <w:i w:val="0"/>
          <w:sz w:val="19"/>
        </w:rPr>
        <w:t>☐ Hot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Weather, afternoon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Dry</w:t>
      </w:r>
    </w:p>
    <w:p>
      <w:pPr>
        <w:spacing w:after="0"/>
        <w:ind w:left="0"/>
      </w:pPr>
      <w:r>
        <w:rPr>
          <w:b w:val="0"/>
          <w:i w:val="0"/>
          <w:sz w:val="19"/>
        </w:rPr>
        <w:t>☐ Showers</w:t>
      </w:r>
    </w:p>
    <w:p>
      <w:pPr>
        <w:spacing w:after="0"/>
        <w:ind w:left="0"/>
      </w:pPr>
      <w:r>
        <w:rPr>
          <w:b w:val="0"/>
          <w:i w:val="0"/>
          <w:sz w:val="19"/>
        </w:rPr>
        <w:t>☐ Rain</w:t>
      </w:r>
    </w:p>
    <w:p>
      <w:pPr>
        <w:spacing w:after="0"/>
        <w:ind w:left="0"/>
      </w:pPr>
      <w:r>
        <w:rPr>
          <w:b w:val="0"/>
          <w:i w:val="0"/>
          <w:sz w:val="19"/>
        </w:rPr>
        <w:t>☐ High wind</w:t>
      </w:r>
    </w:p>
    <w:p>
      <w:pPr>
        <w:spacing w:after="0"/>
        <w:ind w:left="0"/>
      </w:pPr>
      <w:r>
        <w:rPr>
          <w:b w:val="0"/>
          <w:i w:val="0"/>
          <w:sz w:val="19"/>
        </w:rPr>
        <w:t>☐ Frost or ice</w:t>
      </w:r>
    </w:p>
    <w:p>
      <w:pPr>
        <w:spacing w:after="0"/>
        <w:ind w:left="0"/>
      </w:pPr>
      <w:r>
        <w:rPr>
          <w:b w:val="0"/>
          <w:i w:val="0"/>
          <w:sz w:val="19"/>
        </w:rPr>
        <w:t>☐ Snow</w:t>
      </w:r>
    </w:p>
    <w:p>
      <w:pPr>
        <w:spacing w:after="0"/>
        <w:ind w:left="0"/>
      </w:pPr>
      <w:r>
        <w:rPr>
          <w:b w:val="0"/>
          <w:i w:val="0"/>
          <w:sz w:val="19"/>
        </w:rPr>
        <w:t>☐ Fog</w:t>
      </w:r>
    </w:p>
    <w:p>
      <w:pPr>
        <w:spacing w:after="120"/>
        <w:ind w:left="0"/>
      </w:pPr>
      <w:r>
        <w:rPr>
          <w:b w:val="0"/>
          <w:i w:val="0"/>
          <w:sz w:val="19"/>
        </w:rPr>
        <w:t>☐ Hot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Temperature (°C)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opened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closed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Labour and plant</w:t>
      </w:r>
    </w:p>
    <w:p>
      <w:r>
        <w:rPr>
          <w:b w:val="0"/>
          <w:i w:val="0"/>
          <w:color w:val="5B706A"/>
          <w:sz w:val="18"/>
        </w:rPr>
        <w:t>Who and what was on site.</w:t>
      </w:r>
    </w:p>
    <w:p>
      <w:pPr>
        <w:keepNext/>
        <w:ind w:left="0"/>
      </w:pPr>
      <w:r>
        <w:rPr>
          <w:b/>
          <w:i w:val="0"/>
          <w:sz w:val="21"/>
        </w:rPr>
        <w:t>Labour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Trade or company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Number of people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Hours each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Hours in total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People on site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there plant on site?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Plant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Today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Working     ☐ Standing     ☐ Broken down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Notes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Visitors to site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Client, design team, building control, inspectors.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Work done</w:t>
      </w:r>
    </w:p>
    <w:p>
      <w:r>
        <w:rPr>
          <w:b w:val="0"/>
          <w:i w:val="0"/>
          <w:color w:val="5B706A"/>
          <w:sz w:val="18"/>
        </w:rPr>
        <w:t>One entry for each area or activity, with photos.</w:t>
      </w:r>
    </w:p>
    <w:p>
      <w:pPr>
        <w:keepNext/>
        <w:ind w:left="0"/>
      </w:pPr>
      <w:r>
        <w:rPr>
          <w:b/>
          <w:i w:val="0"/>
          <w:sz w:val="21"/>
        </w:rPr>
        <w:t>Work done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Area or plot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was done today?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Complete (%)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Against the programme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Ahead     ☐ On programme     ☐ Behind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behind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Why, and what is the plan to recover?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Deliveries, delays and instructions</w:t>
      </w:r>
    </w:p>
    <w:p>
      <w:r>
        <w:rPr>
          <w:b w:val="0"/>
          <w:i w:val="0"/>
          <w:color w:val="5B706A"/>
          <w:sz w:val="18"/>
        </w:rPr>
        <w:t>What arrived, what held the job up and what was asked for.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deliveries?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Deliveries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Material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Supplier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Checked against the order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Correct     ☐ Short or wrong     ☐ Damaged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delivery note or damage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delays or stoppages?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Delays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Cause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Weather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Late information or drawings</w:t>
      </w:r>
    </w:p>
    <w:p>
      <w:pPr>
        <w:spacing w:after="0"/>
        <w:ind w:left="454"/>
      </w:pPr>
      <w:r>
        <w:rPr>
          <w:b w:val="0"/>
          <w:i w:val="0"/>
          <w:sz w:val="19"/>
        </w:rPr>
        <w:t>☐ Late materials</w:t>
      </w:r>
    </w:p>
    <w:p>
      <w:pPr>
        <w:spacing w:after="0"/>
        <w:ind w:left="454"/>
      </w:pPr>
      <w:r>
        <w:rPr>
          <w:b w:val="0"/>
          <w:i w:val="0"/>
          <w:sz w:val="19"/>
        </w:rPr>
        <w:t>☐ Labour shortage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Plant breakdown</w:t>
      </w:r>
    </w:p>
    <w:p>
      <w:pPr>
        <w:spacing w:after="0"/>
        <w:ind w:left="454"/>
      </w:pPr>
      <w:r>
        <w:rPr>
          <w:b w:val="0"/>
          <w:i w:val="0"/>
          <w:sz w:val="19"/>
        </w:rPr>
        <w:t>☐ Access or working area not available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Design change</w:t>
      </w:r>
    </w:p>
    <w:p>
      <w:pPr>
        <w:spacing w:after="0"/>
        <w:ind w:left="454"/>
      </w:pPr>
      <w:r>
        <w:rPr>
          <w:b w:val="0"/>
          <w:i w:val="0"/>
          <w:sz w:val="19"/>
        </w:rPr>
        <w:t>☐ Client instruction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Utilities or third party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Hours lost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happened, and who was told?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lost today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Instructions received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Who from, the reference, and whether in writing.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Information or decisions needed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Safety and quality</w:t>
      </w:r>
    </w:p>
    <w:p>
      <w:r>
        <w:rPr>
          <w:b w:val="0"/>
          <w:i w:val="0"/>
          <w:color w:val="5B706A"/>
          <w:sz w:val="18"/>
        </w:rPr>
        <w:t>What was checked, and anything that went wrong.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Was a toolbox talk given?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Topic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inductions today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Inspections done today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spacing w:after="0"/>
        <w:ind w:left="0"/>
      </w:pPr>
      <w:r>
        <w:rPr>
          <w:b w:val="0"/>
          <w:i w:val="0"/>
          <w:sz w:val="19"/>
        </w:rPr>
        <w:t>☐ Scaffold</w:t>
      </w:r>
    </w:p>
    <w:p>
      <w:pPr>
        <w:spacing w:after="0"/>
        <w:ind w:left="0"/>
      </w:pPr>
      <w:r>
        <w:rPr>
          <w:b w:val="0"/>
          <w:i w:val="0"/>
          <w:sz w:val="19"/>
        </w:rPr>
        <w:t>☐ Excavations</w:t>
      </w:r>
    </w:p>
    <w:p>
      <w:pPr>
        <w:spacing w:after="0"/>
        <w:ind w:left="0"/>
      </w:pPr>
      <w:r>
        <w:rPr>
          <w:b w:val="0"/>
          <w:i w:val="0"/>
          <w:sz w:val="19"/>
        </w:rPr>
        <w:t>☐ Plant daily checks</w:t>
      </w:r>
    </w:p>
    <w:p>
      <w:pPr>
        <w:spacing w:after="0"/>
        <w:ind w:left="0"/>
      </w:pPr>
      <w:r>
        <w:rPr>
          <w:b w:val="0"/>
          <w:i w:val="0"/>
          <w:sz w:val="19"/>
        </w:rPr>
        <w:t>☐ Lifting equipment</w:t>
      </w:r>
    </w:p>
    <w:p>
      <w:pPr>
        <w:spacing w:after="0"/>
        <w:ind w:left="0"/>
      </w:pPr>
      <w:r>
        <w:rPr>
          <w:b w:val="0"/>
          <w:i w:val="0"/>
          <w:sz w:val="19"/>
        </w:rPr>
        <w:t>☐ Edge protection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Temporary works</w:t>
      </w:r>
    </w:p>
    <w:p>
      <w:pPr>
        <w:spacing w:after="0"/>
        <w:ind w:left="0"/>
      </w:pPr>
      <w:r>
        <w:rPr>
          <w:b w:val="0"/>
          <w:i w:val="0"/>
          <w:sz w:val="19"/>
        </w:rPr>
        <w:t>☐ Fire points</w:t>
      </w:r>
    </w:p>
    <w:p>
      <w:pPr>
        <w:spacing w:after="120"/>
        <w:ind w:left="0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Permits issued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accident, incident or near miss?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it?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Near miss</w:t>
      </w:r>
    </w:p>
    <w:p>
      <w:pPr>
        <w:spacing w:after="0"/>
        <w:ind w:left="0"/>
      </w:pPr>
      <w:r>
        <w:rPr>
          <w:b w:val="0"/>
          <w:i w:val="0"/>
          <w:sz w:val="19"/>
        </w:rPr>
        <w:t>☐ First aid injury</w:t>
      </w:r>
    </w:p>
    <w:p>
      <w:pPr>
        <w:spacing w:after="0"/>
        <w:ind w:left="0"/>
      </w:pPr>
      <w:r>
        <w:rPr>
          <w:b w:val="0"/>
          <w:i w:val="0"/>
          <w:sz w:val="19"/>
        </w:rPr>
        <w:t>☐ Injury needing treatment or time off</w:t>
      </w:r>
    </w:p>
    <w:p>
      <w:pPr>
        <w:spacing w:after="0"/>
        <w:ind w:left="0"/>
      </w:pPr>
      <w:r>
        <w:rPr>
          <w:b w:val="0"/>
          <w:i w:val="0"/>
          <w:sz w:val="19"/>
        </w:rPr>
        <w:t>☐ Dangerous occurrence</w:t>
      </w:r>
    </w:p>
    <w:p>
      <w:pPr>
        <w:spacing w:after="120"/>
        <w:ind w:left="0"/>
      </w:pPr>
      <w:r>
        <w:rPr>
          <w:b w:val="0"/>
          <w:i w:val="0"/>
          <w:sz w:val="19"/>
        </w:rPr>
        <w:t>☐ Damage only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happened?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Record it on an incident report as well. Under RIDDOR 2013 the responsible person must report deaths, specified injuries to workers, injuries that stop a worker doing their normal work for more than seven consecutive days, and dangerous occurrences.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Quality checks, tests and inspections by others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Cube samples, air tests, building control visits and their results.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Tomorrow and sign-off</w:t>
      </w:r>
    </w:p>
    <w:p>
      <w:r>
        <w:rPr>
          <w:b w:val="0"/>
          <w:i w:val="0"/>
          <w:color w:val="5B706A"/>
          <w:sz w:val="18"/>
        </w:rPr>
        <w:t>What is planned and what it needs.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planned for tomorrow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it needs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Deliveries, plant, labour, information, access.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General progress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Construction Daily Report. Printable copy from the SiteSurvey form library. Fill it in on a phone, with photos and signatures: sitesurvey.app/forms/construction-daily-report-template/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Daily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