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i w:val="0"/>
          <w:color w:val="17332D"/>
          <w:sz w:val="40"/>
        </w:rPr>
        <w:t>Cellar Management Check</w:t>
      </w:r>
    </w:p>
    <w:p>
      <w:r>
        <w:rPr>
          <w:b w:val="0"/>
          <w:i w:val="0"/>
          <w:color w:val="5B706A"/>
          <w:sz w:val="20"/>
        </w:rPr>
        <w:t>A pub cellar management check: cellar temperature, line cleaning, cask and keg stock rotation, gas cylinders, cleanliness, cooling and pests, with a warning outside 11 to 13°C.</w:t>
      </w:r>
    </w:p>
    <w:p>
      <w:pPr>
        <w:keepNext/>
        <w:spacing w:before="240"/>
      </w:pPr>
      <w:r>
        <w:rPr>
          <w:b/>
          <w:i w:val="0"/>
          <w:color w:val="1B5E52"/>
          <w:sz w:val="26"/>
        </w:rPr>
        <w:t>1. Check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Project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Client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Site *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Site address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Date *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Time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Checked by *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Check</w:t>
      </w:r>
      <w:r>
        <w:rPr>
          <w:b w:val="0"/>
          <w:i w:val="0"/>
          <w:color w:val="5B706A"/>
          <w:sz w:val="16"/>
        </w:rPr>
        <w:t xml:space="preserve">  (choose one)</w:t>
      </w:r>
    </w:p>
    <w:p>
      <w:pPr>
        <w:ind w:left="0"/>
      </w:pPr>
      <w:r>
        <w:rPr>
          <w:b w:val="0"/>
          <w:i w:val="0"/>
          <w:sz w:val="19"/>
        </w:rPr>
        <w:t>☐ Daily     ☐ Weekly (with line clean)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Cellar temperature (°C) *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tbl>
      <w:tblPr>
        <w:tblW w:type="auto" w:w="0"/>
        <w:jc w:val="left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  <w:shd w:val="clear" w:color="auto" w:fill="fdecea"/>
          </w:tcPr>
          <w:p>
            <w:pPr>
              <w:ind w:left="0"/>
            </w:pPr>
            <w:r>
              <w:rPr>
                <w:b w:val="0"/>
                <w:i w:val="0"/>
                <w:sz w:val="18"/>
              </w:rPr>
              <w:t>If applicable: Outside 11 to 13°C. Cask Marque: cask ale picks up a chill haze in very cold conditions and spoils when stored warm. Adjust the cooling or call a refrigeration engineer.</w:t>
            </w:r>
          </w:p>
        </w:tc>
      </w:tr>
    </w:tbl>
    <w:p>
      <w:pPr>
        <w:spacing w:after="0"/>
      </w:pPr>
    </w:p>
    <w:tbl>
      <w:tblPr>
        <w:tblW w:type="auto" w:w="0"/>
        <w:jc w:val="left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  <w:shd w:val="clear" w:color="auto" w:fill="eef6f0"/>
          </w:tcPr>
          <w:p>
            <w:pPr>
              <w:ind w:left="0"/>
            </w:pPr>
            <w:r>
              <w:rPr>
                <w:b w:val="0"/>
                <w:i w:val="0"/>
                <w:sz w:val="18"/>
              </w:rPr>
              <w:t>If applicable: Within the 11 to 13°C Cask Marque range.</w:t>
            </w:r>
          </w:p>
        </w:tc>
      </w:tr>
    </w:tbl>
    <w:p>
      <w:pPr>
        <w:spacing w:after="0"/>
      </w:pPr>
    </w:p>
    <w:p>
      <w:pPr>
        <w:keepNext/>
        <w:spacing w:before="240"/>
      </w:pPr>
      <w:r>
        <w:rPr>
          <w:b/>
          <w:i w:val="0"/>
          <w:color w:val="1B5E52"/>
          <w:sz w:val="26"/>
        </w:rPr>
        <w:t>2. Lines and stock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Date lines last cleaned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Days since the line clean</w:t>
      </w:r>
      <w:r>
        <w:rPr>
          <w:b w:val="0"/>
          <w:i w:val="0"/>
          <w:color w:val="5B706A"/>
          <w:sz w:val="16"/>
        </w:rPr>
        <w:t xml:space="preserve">  (if applicable; worked out automatically in the app)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tbl>
      <w:tblPr>
        <w:tblW w:type="auto" w:w="0"/>
        <w:jc w:val="left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  <w:shd w:val="clear" w:color="auto" w:fill="fdecea"/>
          </w:tcPr>
          <w:p>
            <w:pPr>
              <w:ind w:left="0"/>
            </w:pPr>
            <w:r>
              <w:rPr>
                <w:b w:val="0"/>
                <w:i w:val="0"/>
                <w:sz w:val="18"/>
              </w:rPr>
              <w:t>If applicable: More than 7 days since the lines were cleaned. Cask Marque: clean beer lines at least every 7 days.</w:t>
            </w:r>
          </w:p>
        </w:tc>
      </w:tr>
    </w:tbl>
    <w:p>
      <w:pPr>
        <w:spacing w:after="0"/>
      </w:pPr>
    </w:p>
    <w:p>
      <w:pPr>
        <w:keepNext/>
        <w:spacing w:after="20"/>
        <w:ind w:left="0"/>
      </w:pPr>
      <w:r>
        <w:rPr>
          <w:b/>
          <w:i w:val="0"/>
          <w:sz w:val="19"/>
        </w:rPr>
        <w:t>Line cleaner in date?</w:t>
      </w:r>
    </w:p>
    <w:p>
      <w:pPr>
        <w:ind w:left="0"/>
      </w:pPr>
      <w:r>
        <w:rPr>
          <w:b w:val="0"/>
          <w:i w:val="0"/>
          <w:sz w:val="19"/>
        </w:rPr>
        <w:t>☐ Yes     ☐ No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Stock rotated, oldest first, within best-before</w:t>
      </w:r>
      <w:r>
        <w:rPr>
          <w:b w:val="0"/>
          <w:i w:val="0"/>
          <w:color w:val="5B706A"/>
          <w:sz w:val="16"/>
        </w:rPr>
        <w:t xml:space="preserve">  (choose one)</w:t>
      </w:r>
    </w:p>
    <w:p>
      <w:pPr>
        <w:ind w:left="0"/>
      </w:pPr>
      <w:r>
        <w:rPr>
          <w:b w:val="0"/>
          <w:i w:val="0"/>
          <w:sz w:val="19"/>
        </w:rPr>
        <w:t>☐ OK     ☐ Defect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What is wrong?</w:t>
      </w:r>
      <w:r>
        <w:rPr>
          <w:b w:val="0"/>
          <w:i w:val="0"/>
          <w:color w:val="5B706A"/>
          <w:sz w:val="16"/>
        </w:rPr>
        <w:t xml:space="preserve">  (if applicable)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Taps, nozzles and dipsticks cleaned</w:t>
      </w:r>
      <w:r>
        <w:rPr>
          <w:b w:val="0"/>
          <w:i w:val="0"/>
          <w:color w:val="5B706A"/>
          <w:sz w:val="16"/>
        </w:rPr>
        <w:t xml:space="preserve">  (choose one)</w:t>
      </w:r>
    </w:p>
    <w:p>
      <w:pPr>
        <w:ind w:left="0"/>
      </w:pPr>
      <w:r>
        <w:rPr>
          <w:b w:val="0"/>
          <w:i w:val="0"/>
          <w:sz w:val="19"/>
        </w:rPr>
        <w:t>☐ OK     ☐ Defect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What is wrong?</w:t>
      </w:r>
      <w:r>
        <w:rPr>
          <w:b w:val="0"/>
          <w:i w:val="0"/>
          <w:color w:val="5B706A"/>
          <w:sz w:val="16"/>
        </w:rPr>
        <w:t xml:space="preserve">  (if applicable)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Cellar clean, no waste beer or unsealed empties</w:t>
      </w:r>
      <w:r>
        <w:rPr>
          <w:b w:val="0"/>
          <w:i w:val="0"/>
          <w:color w:val="5B706A"/>
          <w:sz w:val="16"/>
        </w:rPr>
        <w:t xml:space="preserve">  (choose one)</w:t>
      </w:r>
    </w:p>
    <w:p>
      <w:pPr>
        <w:ind w:left="0"/>
      </w:pPr>
      <w:r>
        <w:rPr>
          <w:b w:val="0"/>
          <w:i w:val="0"/>
          <w:sz w:val="19"/>
        </w:rPr>
        <w:t>☐ OK     ☐ Defect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What is wrong?</w:t>
      </w:r>
      <w:r>
        <w:rPr>
          <w:b w:val="0"/>
          <w:i w:val="0"/>
          <w:color w:val="5B706A"/>
          <w:sz w:val="16"/>
        </w:rPr>
        <w:t xml:space="preserve">  (if applicable)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Coolers running and showing the right temperature</w:t>
      </w:r>
      <w:r>
        <w:rPr>
          <w:b w:val="0"/>
          <w:i w:val="0"/>
          <w:color w:val="5B706A"/>
          <w:sz w:val="16"/>
        </w:rPr>
        <w:t xml:space="preserve">  (choose one)</w:t>
      </w:r>
    </w:p>
    <w:p>
      <w:pPr>
        <w:ind w:left="0"/>
      </w:pPr>
      <w:r>
        <w:rPr>
          <w:b w:val="0"/>
          <w:i w:val="0"/>
          <w:sz w:val="19"/>
        </w:rPr>
        <w:t>☐ OK     ☐ Defect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What is wrong?</w:t>
      </w:r>
      <w:r>
        <w:rPr>
          <w:b w:val="0"/>
          <w:i w:val="0"/>
          <w:color w:val="5B706A"/>
          <w:sz w:val="16"/>
        </w:rPr>
        <w:t xml:space="preserve">  (if applicable)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Gas cylinders secured upright, and regulators sound</w:t>
      </w:r>
      <w:r>
        <w:rPr>
          <w:b w:val="0"/>
          <w:i w:val="0"/>
          <w:color w:val="5B706A"/>
          <w:sz w:val="16"/>
        </w:rPr>
        <w:t xml:space="preserve">  (choose one)</w:t>
      </w:r>
    </w:p>
    <w:p>
      <w:pPr>
        <w:ind w:left="0"/>
      </w:pPr>
      <w:r>
        <w:rPr>
          <w:b w:val="0"/>
          <w:i w:val="0"/>
          <w:sz w:val="19"/>
        </w:rPr>
        <w:t>☐ OK     ☐ Defect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What is wrong?</w:t>
      </w:r>
      <w:r>
        <w:rPr>
          <w:b w:val="0"/>
          <w:i w:val="0"/>
          <w:color w:val="5B706A"/>
          <w:sz w:val="16"/>
        </w:rPr>
        <w:t xml:space="preserve">  (if applicable)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No pests, damp or leaks</w:t>
      </w:r>
      <w:r>
        <w:rPr>
          <w:b w:val="0"/>
          <w:i w:val="0"/>
          <w:color w:val="5B706A"/>
          <w:sz w:val="16"/>
        </w:rPr>
        <w:t xml:space="preserve">  (choose one)</w:t>
      </w:r>
    </w:p>
    <w:p>
      <w:pPr>
        <w:ind w:left="0"/>
      </w:pPr>
      <w:r>
        <w:rPr>
          <w:b w:val="0"/>
          <w:i w:val="0"/>
          <w:sz w:val="19"/>
        </w:rPr>
        <w:t>☐ OK     ☐ Defect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What is wrong?</w:t>
      </w:r>
      <w:r>
        <w:rPr>
          <w:b w:val="0"/>
          <w:i w:val="0"/>
          <w:color w:val="5B706A"/>
          <w:sz w:val="16"/>
        </w:rPr>
        <w:t xml:space="preserve">  (if applicable)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Photos of any problems</w:t>
      </w:r>
      <w:r>
        <w:rPr>
          <w:b w:val="0"/>
          <w:i w:val="0"/>
          <w:color w:val="5B706A"/>
          <w:sz w:val="16"/>
        </w:rPr>
        <w:t xml:space="preserve">  (photos: attach, or note the file names)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Is the CO2 gas alarm (where fitted) working?</w:t>
      </w:r>
    </w:p>
    <w:p>
      <w:pPr>
        <w:ind w:left="0"/>
      </w:pPr>
      <w:r>
        <w:rPr>
          <w:b w:val="0"/>
          <w:i w:val="0"/>
          <w:sz w:val="19"/>
        </w:rPr>
        <w:t>☐ Yes     ☐ No</w:t>
      </w:r>
    </w:p>
    <w:p>
      <w:pPr>
        <w:keepNext/>
        <w:spacing w:before="240"/>
      </w:pPr>
      <w:r>
        <w:rPr>
          <w:b/>
          <w:i w:val="0"/>
          <w:color w:val="1B5E52"/>
          <w:sz w:val="26"/>
        </w:rPr>
        <w:t>3. Sign-off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Notes for the manager</w:t>
      </w:r>
    </w:p>
    <w:p>
      <w:pPr>
        <w:keepNext/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Manager *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Manager signature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4535"/>
      </w:tblGrid>
      <w:tr>
        <w:trPr>
          <w:trHeight w:val="1020"/>
        </w:trPr>
        <w:tc>
          <w:tcPr>
            <w:tcW w:type="dxa" w:w="4535"/>
          </w:tcPr>
          <w:p/>
        </w:tc>
      </w:tr>
    </w:tbl>
    <w:p/>
    <w:sectPr w:rsidR="00FC693F" w:rsidRPr="0006063C" w:rsidSect="00034616">
      <w:footerReference w:type="default" r:id="rId9"/>
      <w:pgSz w:w="11906" w:h="16838"/>
      <w:pgMar w:top="907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b w:val="0"/>
        <w:i w:val="0"/>
        <w:color w:val="5B706A"/>
        <w:sz w:val="15"/>
      </w:rPr>
      <w:t>Cellar Management Check. Printable copy from the SiteSurvey form library. Fill it in on a phone, with photos and signatures: sitesurvey.app/forms/cellar-management-checklist/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Cellar Management Check</dc:title>
  <dc:subject/>
  <dc:creator>SiteSurvey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