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CCTV Maintenance Visit</w:t>
      </w:r>
    </w:p>
    <w:p>
      <w:r>
        <w:rPr>
          <w:b w:val="0"/>
          <w:i w:val="0"/>
          <w:color w:val="5B706A"/>
          <w:sz w:val="20"/>
        </w:rPr>
        <w:t>Service visit for a CCTV system: recorder, storage and retention, date and time, camera by camera image checks, signs, defects and sign-off.</w:t>
      </w:r>
    </w:p>
    <w:p>
      <w:pPr>
        <w:keepNext/>
        <w:spacing w:before="240"/>
      </w:pPr>
      <w:r>
        <w:rPr>
          <w:b/>
          <w:i w:val="0"/>
          <w:color w:val="1B5E52"/>
          <w:sz w:val="26"/>
        </w:rPr>
        <w:t>1. Job details</w:t>
      </w:r>
    </w:p>
    <w:p>
      <w:r>
        <w:rPr>
          <w:b w:val="0"/>
          <w:i w:val="0"/>
          <w:color w:val="5B706A"/>
          <w:sz w:val="18"/>
        </w:rPr>
        <w:t>The job, the site and the system.</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Job or contract reference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visit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Arrival time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visit *</w:t>
      </w:r>
      <w:r>
        <w:rPr>
          <w:b w:val="0"/>
          <w:i w:val="0"/>
          <w:color w:val="5B706A"/>
          <w:sz w:val="16"/>
        </w:rPr>
        <w:t xml:space="preserve">  (choose one)</w:t>
      </w:r>
    </w:p>
    <w:p>
      <w:pPr>
        <w:ind w:left="0"/>
      </w:pPr>
      <w:r>
        <w:rPr>
          <w:b w:val="0"/>
          <w:i w:val="0"/>
          <w:sz w:val="19"/>
        </w:rPr>
        <w:t>☐ Planned maintenance     ☐ Call-out for a fault     ☐ Return visit</w:t>
      </w:r>
    </w:p>
    <w:p>
      <w:pPr>
        <w:keepNext/>
        <w:spacing w:after="20"/>
        <w:ind w:left="0"/>
      </w:pPr>
      <w:r>
        <w:rPr>
          <w:b/>
          <w:i w:val="0"/>
          <w:sz w:val="19"/>
        </w:rPr>
        <w:t>What was reported, and by whom?</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Reference of the earlier job</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Recorder make and model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system</w:t>
      </w:r>
      <w:r>
        <w:rPr>
          <w:b w:val="0"/>
          <w:i w:val="0"/>
          <w:color w:val="5B706A"/>
          <w:sz w:val="16"/>
        </w:rPr>
        <w:t xml:space="preserve">  (choose one)</w:t>
      </w:r>
    </w:p>
    <w:p>
      <w:pPr>
        <w:ind w:left="0"/>
      </w:pPr>
      <w:r>
        <w:rPr>
          <w:b w:val="0"/>
          <w:i w:val="0"/>
          <w:sz w:val="19"/>
        </w:rPr>
        <w:t>☐ Analogue     ☐ HD over coax     ☐ IP     ☐ Mixed</w:t>
      </w:r>
    </w:p>
    <w:p>
      <w:pPr>
        <w:keepNext/>
        <w:spacing w:after="20"/>
        <w:ind w:left="0"/>
      </w:pPr>
      <w:r>
        <w:rPr>
          <w:b/>
          <w:i w:val="0"/>
          <w:sz w:val="19"/>
        </w:rPr>
        <w:t>Cameras on the system</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system remotely monitored?</w:t>
      </w:r>
      <w:r>
        <w:rPr>
          <w:b w:val="0"/>
          <w:i w:val="0"/>
          <w:color w:val="5B706A"/>
          <w:sz w:val="16"/>
        </w:rPr>
        <w:t xml:space="preserve">  (choose one)</w:t>
      </w:r>
    </w:p>
    <w:p>
      <w:pPr>
        <w:ind w:left="0"/>
      </w:pPr>
      <w:r>
        <w:rPr>
          <w:b w:val="0"/>
          <w:i w:val="0"/>
          <w:sz w:val="19"/>
        </w:rPr>
        <w:t>☐ Yes     ☐ No</w:t>
      </w:r>
    </w:p>
    <w:p>
      <w:pPr>
        <w:keepNext/>
        <w:spacing w:before="240"/>
      </w:pPr>
      <w:r>
        <w:rPr>
          <w:b/>
          <w:i w:val="0"/>
          <w:color w:val="1B5E52"/>
          <w:sz w:val="26"/>
        </w:rPr>
        <w:t>2. Recorder and storage</w:t>
      </w:r>
    </w:p>
    <w:p>
      <w:r>
        <w:rPr>
          <w:b w:val="0"/>
          <w:i w:val="0"/>
          <w:color w:val="5B706A"/>
          <w:sz w:val="18"/>
        </w:rPr>
        <w:t>Recording, storage, clock and security of the recorder.</w:t>
      </w:r>
    </w:p>
    <w:p>
      <w:pPr>
        <w:keepNext/>
        <w:spacing w:after="20"/>
        <w:ind w:left="0"/>
      </w:pPr>
      <w:r>
        <w:rPr>
          <w:b/>
          <w:i w:val="0"/>
          <w:sz w:val="19"/>
        </w:rPr>
        <w:t>Recording on arrival *</w:t>
      </w:r>
      <w:r>
        <w:rPr>
          <w:b w:val="0"/>
          <w:i w:val="0"/>
          <w:color w:val="5B706A"/>
          <w:sz w:val="16"/>
        </w:rPr>
        <w:t xml:space="preserve">  (choose one)</w:t>
      </w:r>
    </w:p>
    <w:p>
      <w:pPr>
        <w:ind w:left="0"/>
      </w:pPr>
      <w:r>
        <w:rPr>
          <w:b w:val="0"/>
          <w:i w:val="0"/>
          <w:sz w:val="19"/>
        </w:rPr>
        <w:t>☐ All cameras recording     ☐ Some cameras not recording     ☐ Not recording</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Tell the site contact now. Record when recording stopped, from the recorder log if it shows it.</w:t>
            </w:r>
          </w:p>
        </w:tc>
      </w:tr>
    </w:tbl>
    <w:p>
      <w:pPr>
        <w:spacing w:after="0"/>
      </w:pPr>
    </w:p>
    <w:p>
      <w:pPr>
        <w:keepNext/>
        <w:spacing w:after="20"/>
        <w:ind w:left="0"/>
      </w:pPr>
      <w:r>
        <w:rPr>
          <w:b/>
          <w:i w:val="0"/>
          <w:sz w:val="19"/>
        </w:rPr>
        <w:t>When did recording stop, and why?</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the date and time on the recorder correct?</w:t>
      </w:r>
    </w:p>
    <w:p>
      <w:pPr>
        <w:ind w:left="0"/>
      </w:pPr>
      <w:r>
        <w:rPr>
          <w:b w:val="0"/>
          <w:i w:val="0"/>
          <w:sz w:val="19"/>
        </w:rPr>
        <w:t>☐ Yes     ☐ No</w:t>
      </w:r>
    </w:p>
    <w:p>
      <w:pPr>
        <w:keepNext/>
        <w:spacing w:after="20"/>
        <w:ind w:left="0"/>
      </w:pPr>
      <w:r>
        <w:rPr>
          <w:b/>
          <w:i w:val="0"/>
          <w:sz w:val="19"/>
        </w:rPr>
        <w:t>How far out was it (minutes)?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Date and time. The ICO expects regular checks that the date and time stamp on images is accurate. Correct it, note how far out it was, and set the recorder to take its time from a time server if it can.</w:t>
            </w:r>
          </w:p>
        </w:tc>
      </w:tr>
    </w:tbl>
    <w:p>
      <w:pPr>
        <w:spacing w:after="0"/>
      </w:pPr>
    </w:p>
    <w:p>
      <w:pPr>
        <w:keepNext/>
        <w:spacing w:after="20"/>
        <w:ind w:left="0"/>
      </w:pPr>
      <w:r>
        <w:rPr>
          <w:b/>
          <w:i w:val="0"/>
          <w:sz w:val="19"/>
        </w:rPr>
        <w:t>Days of footage on the recorder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the customer's policy says to keep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recorder holds less than the policy asks for. Check the storage size, recording settings and disk health.</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recorder is keeping footage for longer than the policy says. The ICO says footage should be deleted when it is no longer needed for its purpose. Set the recorder to overwrite at the policy period, or tell the customer.</w:t>
            </w:r>
          </w:p>
        </w:tc>
      </w:tr>
    </w:tbl>
    <w:p>
      <w:pPr>
        <w:spacing w:after="0"/>
      </w:pPr>
    </w:p>
    <w:p>
      <w:pPr>
        <w:keepNext/>
        <w:spacing w:after="20"/>
        <w:ind w:left="0"/>
      </w:pPr>
      <w:r>
        <w:rPr>
          <w:b/>
          <w:i w:val="0"/>
          <w:sz w:val="19"/>
        </w:rPr>
        <w:t>Hard disk health *</w:t>
      </w:r>
      <w:r>
        <w:rPr>
          <w:b w:val="0"/>
          <w:i w:val="0"/>
          <w:color w:val="5B706A"/>
          <w:sz w:val="16"/>
        </w:rPr>
        <w:t xml:space="preserve">  (choose one)</w:t>
      </w:r>
    </w:p>
    <w:p>
      <w:pPr>
        <w:ind w:left="0"/>
      </w:pPr>
      <w:r>
        <w:rPr>
          <w:b w:val="0"/>
          <w:i w:val="0"/>
          <w:sz w:val="19"/>
        </w:rPr>
        <w:t>☐ Healthy     ☐ Warnings     ☐ Failed</w:t>
      </w:r>
    </w:p>
    <w:p>
      <w:pPr>
        <w:keepNext/>
        <w:spacing w:after="20"/>
        <w:ind w:left="0"/>
      </w:pPr>
      <w:r>
        <w:rPr>
          <w:b/>
          <w:i w:val="0"/>
          <w:sz w:val="19"/>
        </w:rPr>
        <w:t>Did you play back recorded footage from each camera?</w:t>
      </w:r>
    </w:p>
    <w:p>
      <w:pPr>
        <w:ind w:left="0"/>
      </w:pPr>
      <w:r>
        <w:rPr>
          <w:b w:val="0"/>
          <w:i w:val="0"/>
          <w:sz w:val="19"/>
        </w:rPr>
        <w:t>☐ Yes     ☐ No</w:t>
      </w:r>
    </w:p>
    <w:p>
      <w:pPr>
        <w:keepNext/>
        <w:spacing w:after="20"/>
        <w:ind w:left="0"/>
      </w:pPr>
      <w:r>
        <w:rPr>
          <w:b/>
          <w:i w:val="0"/>
          <w:sz w:val="19"/>
        </w:rPr>
        <w:t>Did you test exporting a clip?</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The ICO expects an organisation to be able to retrieve footage efficiently when it is asked for. Make sure someone on site knows how to export a clip.</w:t>
            </w:r>
          </w:p>
        </w:tc>
      </w:tr>
    </w:tbl>
    <w:p>
      <w:pPr>
        <w:spacing w:after="0"/>
      </w:pPr>
    </w:p>
    <w:p>
      <w:pPr>
        <w:keepNext/>
        <w:spacing w:after="20"/>
        <w:ind w:left="0"/>
      </w:pPr>
      <w:r>
        <w:rPr>
          <w:b/>
          <w:i w:val="0"/>
          <w:sz w:val="19"/>
        </w:rPr>
        <w:t>Is the recorder or any camera still on a default password?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Default passwords. Change them before you leave and hand the new ones to the customer securely. A recorder on a default password that can be reached from the internet can be viewed by anyone.</w:t>
            </w:r>
          </w:p>
        </w:tc>
      </w:tr>
    </w:tbl>
    <w:p>
      <w:pPr>
        <w:spacing w:after="0"/>
      </w:pPr>
    </w:p>
    <w:p>
      <w:pPr>
        <w:keepNext/>
        <w:spacing w:after="20"/>
        <w:ind w:left="0"/>
      </w:pPr>
      <w:r>
        <w:rPr>
          <w:b/>
          <w:i w:val="0"/>
          <w:sz w:val="19"/>
        </w:rPr>
        <w:t>Recorder firmware</w:t>
      </w:r>
      <w:r>
        <w:rPr>
          <w:b w:val="0"/>
          <w:i w:val="0"/>
          <w:color w:val="5B706A"/>
          <w:sz w:val="16"/>
        </w:rPr>
        <w:t xml:space="preserve">  (choose one)</w:t>
      </w:r>
    </w:p>
    <w:p>
      <w:pPr>
        <w:spacing w:after="0"/>
        <w:ind w:left="0"/>
      </w:pPr>
      <w:r>
        <w:rPr>
          <w:b w:val="0"/>
          <w:i w:val="0"/>
          <w:sz w:val="19"/>
        </w:rPr>
        <w:t>☐ Up to date</w:t>
      </w:r>
    </w:p>
    <w:p>
      <w:pPr>
        <w:spacing w:after="0"/>
        <w:ind w:left="0"/>
      </w:pPr>
      <w:r>
        <w:rPr>
          <w:b w:val="0"/>
          <w:i w:val="0"/>
          <w:sz w:val="19"/>
        </w:rPr>
        <w:t>☐ Updated on this visit</w:t>
      </w:r>
    </w:p>
    <w:p>
      <w:pPr>
        <w:spacing w:after="0"/>
        <w:ind w:left="0"/>
      </w:pPr>
      <w:r>
        <w:rPr>
          <w:b w:val="0"/>
          <w:i w:val="0"/>
          <w:sz w:val="19"/>
        </w:rPr>
        <w:t>☐ Update available, not applied</w:t>
      </w:r>
    </w:p>
    <w:p>
      <w:pPr>
        <w:spacing w:after="120"/>
        <w:ind w:left="0"/>
      </w:pPr>
      <w:r>
        <w:rPr>
          <w:b w:val="0"/>
          <w:i w:val="0"/>
          <w:sz w:val="19"/>
        </w:rPr>
        <w:t>☐ Not checked</w:t>
      </w:r>
    </w:p>
    <w:p>
      <w:pPr>
        <w:keepNext/>
        <w:spacing w:after="20"/>
        <w:ind w:left="0"/>
      </w:pPr>
      <w:r>
        <w:rPr>
          <w:b/>
          <w:i w:val="0"/>
          <w:sz w:val="19"/>
        </w:rPr>
        <w:t>Is the recorder locked away or access controlled?</w:t>
      </w:r>
    </w:p>
    <w:p>
      <w:pPr>
        <w:ind w:left="0"/>
      </w:pPr>
      <w:r>
        <w:rPr>
          <w:b w:val="0"/>
          <w:i w:val="0"/>
          <w:sz w:val="19"/>
        </w:rPr>
        <w:t>☐ Yes     ☐ No</w:t>
      </w:r>
    </w:p>
    <w:p>
      <w:pPr>
        <w:keepNext/>
        <w:spacing w:after="20"/>
        <w:ind w:left="0"/>
      </w:pPr>
      <w:r>
        <w:rPr>
          <w:b/>
          <w:i w:val="0"/>
          <w:sz w:val="19"/>
        </w:rPr>
        <w:t>Remote viewing</w:t>
      </w:r>
      <w:r>
        <w:rPr>
          <w:b w:val="0"/>
          <w:i w:val="0"/>
          <w:color w:val="5B706A"/>
          <w:sz w:val="16"/>
        </w:rPr>
        <w:t xml:space="preserve">  (choose one)</w:t>
      </w:r>
    </w:p>
    <w:p>
      <w:pPr>
        <w:ind w:left="0"/>
      </w:pPr>
      <w:r>
        <w:rPr>
          <w:b w:val="0"/>
          <w:i w:val="0"/>
          <w:sz w:val="19"/>
        </w:rPr>
        <w:t>☐ Working     ☐ Not working     ☐ Not set up</w:t>
      </w:r>
    </w:p>
    <w:p>
      <w:pPr>
        <w:keepNext/>
        <w:spacing w:after="20"/>
        <w:ind w:left="0"/>
      </w:pPr>
      <w:r>
        <w:rPr>
          <w:b/>
          <w:i w:val="0"/>
          <w:sz w:val="19"/>
        </w:rPr>
        <w:t>Fans and vents checked and cleaned?</w:t>
      </w:r>
    </w:p>
    <w:p>
      <w:pPr>
        <w:ind w:left="0"/>
      </w:pPr>
      <w:r>
        <w:rPr>
          <w:b w:val="0"/>
          <w:i w:val="0"/>
          <w:sz w:val="19"/>
        </w:rPr>
        <w:t>☐ Yes     ☐ No</w:t>
      </w:r>
    </w:p>
    <w:p>
      <w:pPr>
        <w:keepNext/>
        <w:spacing w:before="240"/>
      </w:pPr>
      <w:r>
        <w:rPr>
          <w:b/>
          <w:i w:val="0"/>
          <w:color w:val="1B5E52"/>
          <w:sz w:val="26"/>
        </w:rPr>
        <w:t>3. Camera by camera</w:t>
      </w:r>
    </w:p>
    <w:p>
      <w:r>
        <w:rPr>
          <w:b w:val="0"/>
          <w:i w:val="0"/>
          <w:color w:val="5B706A"/>
          <w:sz w:val="18"/>
        </w:rPr>
        <w:t>One entry for each camera. Check the live picture and the recording.</w:t>
      </w:r>
    </w:p>
    <w:p>
      <w:pPr>
        <w:keepNext/>
        <w:ind w:left="0"/>
      </w:pPr>
      <w:r>
        <w:rPr>
          <w:b/>
          <w:i w:val="0"/>
          <w:sz w:val="21"/>
        </w:rPr>
        <w:t>Cameras checked</w:t>
      </w:r>
      <w:r>
        <w:rPr>
          <w:b w:val="0"/>
          <w:i w:val="0"/>
          <w:color w:val="5B706A"/>
          <w:sz w:val="16"/>
        </w:rPr>
        <w:t xml:space="preserve">  (copy this block for each one)</w:t>
      </w:r>
    </w:p>
    <w:p>
      <w:pPr>
        <w:keepNext/>
        <w:spacing w:after="20"/>
        <w:ind w:left="454"/>
      </w:pPr>
      <w:r>
        <w:rPr>
          <w:b/>
          <w:i w:val="0"/>
          <w:sz w:val="19"/>
        </w:rPr>
        <w:t>Camera number or name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Picture *</w:t>
      </w:r>
      <w:r>
        <w:rPr>
          <w:b w:val="0"/>
          <w:i w:val="0"/>
          <w:color w:val="5B706A"/>
          <w:sz w:val="16"/>
        </w:rPr>
        <w:t xml:space="preserve">  (choose one)</w:t>
      </w:r>
    </w:p>
    <w:p>
      <w:pPr>
        <w:ind w:left="454"/>
      </w:pPr>
      <w:r>
        <w:rPr>
          <w:b w:val="0"/>
          <w:i w:val="0"/>
          <w:sz w:val="19"/>
        </w:rPr>
        <w:t>☐ Clear     ☐ Soft or out of focus     ☐ Dirty or obstructed     ☐ No picture</w:t>
      </w:r>
    </w:p>
    <w:p>
      <w:pPr>
        <w:keepNext/>
        <w:spacing w:after="20"/>
        <w:ind w:left="454"/>
      </w:pPr>
      <w:r>
        <w:rPr>
          <w:b/>
          <w:i w:val="0"/>
          <w:sz w:val="19"/>
        </w:rPr>
        <w:t>Is it still pointing at what it is meant to show?</w:t>
      </w:r>
    </w:p>
    <w:p>
      <w:pPr>
        <w:ind w:left="454"/>
      </w:pPr>
      <w:r>
        <w:rPr>
          <w:b w:val="0"/>
          <w:i w:val="0"/>
          <w:sz w:val="19"/>
        </w:rPr>
        <w:t>☐ Yes     ☐ No</w:t>
      </w:r>
    </w:p>
    <w:p>
      <w:pPr>
        <w:keepNext/>
        <w:spacing w:after="20"/>
        <w:ind w:left="454"/>
      </w:pPr>
      <w:r>
        <w:rPr>
          <w:b/>
          <w:i w:val="0"/>
          <w:sz w:val="19"/>
        </w:rPr>
        <w:t>Night picture</w:t>
      </w:r>
      <w:r>
        <w:rPr>
          <w:b w:val="0"/>
          <w:i w:val="0"/>
          <w:color w:val="5B706A"/>
          <w:sz w:val="16"/>
        </w:rPr>
        <w:t xml:space="preserve">  (choose one)</w:t>
      </w:r>
    </w:p>
    <w:p>
      <w:pPr>
        <w:ind w:left="454"/>
      </w:pPr>
      <w:r>
        <w:rPr>
          <w:b w:val="0"/>
          <w:i w:val="0"/>
          <w:sz w:val="19"/>
        </w:rPr>
        <w:t>☐ Good     ☐ Poor     ☐ Not checked</w:t>
      </w:r>
    </w:p>
    <w:p>
      <w:pPr>
        <w:keepNext/>
        <w:spacing w:after="20"/>
        <w:ind w:left="454"/>
      </w:pPr>
      <w:r>
        <w:rPr>
          <w:b/>
          <w:i w:val="0"/>
          <w:sz w:val="19"/>
        </w:rPr>
        <w:t>Lens and housing cleaned?</w:t>
      </w:r>
    </w:p>
    <w:p>
      <w:pPr>
        <w:ind w:left="454"/>
      </w:pPr>
      <w:r>
        <w:rPr>
          <w:b w:val="0"/>
          <w:i w:val="0"/>
          <w:sz w:val="19"/>
        </w:rPr>
        <w:t>☐ Yes     ☐ No</w:t>
      </w:r>
    </w:p>
    <w:p>
      <w:pPr>
        <w:keepNext/>
        <w:spacing w:after="20"/>
        <w:ind w:left="454"/>
      </w:pPr>
      <w:r>
        <w:rPr>
          <w:b/>
          <w:i w:val="0"/>
          <w:sz w:val="19"/>
        </w:rPr>
        <w:t>Fixings, cable and connectors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Any defect on this camera?</w:t>
      </w:r>
    </w:p>
    <w:p>
      <w:pPr>
        <w:ind w:left="454"/>
      </w:pPr>
      <w:r>
        <w:rPr>
          <w:b w:val="0"/>
          <w:i w:val="0"/>
          <w:sz w:val="19"/>
        </w:rPr>
        <w:t>☐ Yes     ☐ No</w:t>
      </w:r>
    </w:p>
    <w:p>
      <w:pPr>
        <w:keepNext/>
        <w:spacing w:after="20"/>
        <w:ind w:left="454"/>
      </w:pPr>
      <w:r>
        <w:rPr>
          <w:b/>
          <w:i w:val="0"/>
          <w:sz w:val="19"/>
        </w:rPr>
        <w:t>Describe the defect and what you did</w:t>
      </w:r>
      <w:r>
        <w:rPr>
          <w:b w:val="0"/>
          <w:i w:val="0"/>
          <w:color w:val="5B706A"/>
          <w:sz w:val="16"/>
        </w:rPr>
        <w:t xml:space="preserve">  (if applicable)</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(if applicable; choose one)</w:t>
      </w:r>
    </w:p>
    <w:p>
      <w:pPr>
        <w:spacing w:after="0"/>
        <w:ind w:left="454"/>
      </w:pPr>
      <w:r>
        <w:rPr>
          <w:b w:val="0"/>
          <w:i w:val="0"/>
          <w:sz w:val="19"/>
        </w:rPr>
        <w:t>☐ Urgent: stops the system being used</w:t>
      </w:r>
    </w:p>
    <w:p>
      <w:pPr>
        <w:spacing w:after="0"/>
        <w:ind w:left="454"/>
      </w:pPr>
      <w:r>
        <w:rPr>
          <w:b w:val="0"/>
          <w:i w:val="0"/>
          <w:sz w:val="19"/>
        </w:rPr>
        <w:t>☐ Soon: within a month</w:t>
      </w:r>
    </w:p>
    <w:p>
      <w:pPr>
        <w:spacing w:after="120"/>
        <w:ind w:left="454"/>
      </w:pPr>
      <w:r>
        <w:rPr>
          <w:b w:val="0"/>
          <w:i w:val="0"/>
          <w:sz w:val="19"/>
        </w:rPr>
        <w:t>☐ Routine: at the next visit</w:t>
      </w:r>
    </w:p>
    <w:p>
      <w:pPr>
        <w:keepNext/>
        <w:spacing w:after="20"/>
        <w:ind w:left="454"/>
      </w:pPr>
      <w:r>
        <w:rPr>
          <w:b/>
          <w:i w:val="0"/>
          <w:sz w:val="19"/>
        </w:rPr>
        <w:t>Photos: the picture on screen, and any defect</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Cameras checked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Cameras with a defect</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Signs, monitor and monitoring</w:t>
      </w:r>
    </w:p>
    <w:p>
      <w:r>
        <w:rPr>
          <w:b w:val="0"/>
          <w:i w:val="0"/>
          <w:color w:val="5B706A"/>
          <w:sz w:val="18"/>
        </w:rPr>
        <w:t>The parts around the cameras.</w:t>
      </w:r>
    </w:p>
    <w:p>
      <w:pPr>
        <w:keepNext/>
        <w:spacing w:after="20"/>
        <w:ind w:left="0"/>
      </w:pPr>
      <w:r>
        <w:rPr>
          <w:b/>
          <w:i w:val="0"/>
          <w:sz w:val="19"/>
        </w:rPr>
        <w:t>Are CCTV signs in place and readable?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Signs. People must be told they are being recorded. ICO guidance is that signs should be clearly visible and readable, and say who operates the system, why, and who to contact. Tell the customer which signs are missing or faded.</w:t>
            </w:r>
          </w:p>
        </w:tc>
      </w:tr>
    </w:tbl>
    <w:p>
      <w:pPr>
        <w:spacing w:after="0"/>
      </w:pPr>
    </w:p>
    <w:p>
      <w:pPr>
        <w:keepNext/>
        <w:spacing w:after="20"/>
        <w:ind w:left="0"/>
      </w:pPr>
      <w:r>
        <w:rPr>
          <w:b/>
          <w:i w:val="0"/>
          <w:sz w:val="19"/>
        </w:rPr>
        <w:t>Monitor on site</w:t>
      </w:r>
      <w:r>
        <w:rPr>
          <w:b w:val="0"/>
          <w:i w:val="0"/>
          <w:color w:val="5B706A"/>
          <w:sz w:val="16"/>
        </w:rPr>
        <w:t xml:space="preserve">  (choose one)</w:t>
      </w:r>
    </w:p>
    <w:p>
      <w:pPr>
        <w:ind w:left="0"/>
      </w:pPr>
      <w:r>
        <w:rPr>
          <w:b w:val="0"/>
          <w:i w:val="0"/>
          <w:sz w:val="19"/>
        </w:rPr>
        <w:t>☐ Working     ☐ Defect     ☐ None</w:t>
      </w:r>
    </w:p>
    <w:p>
      <w:pPr>
        <w:keepNext/>
        <w:spacing w:after="20"/>
        <w:ind w:left="0"/>
      </w:pPr>
      <w:r>
        <w:rPr>
          <w:b/>
          <w:i w:val="0"/>
          <w:sz w:val="19"/>
        </w:rPr>
        <w:t>UPS</w:t>
      </w:r>
      <w:r>
        <w:rPr>
          <w:b w:val="0"/>
          <w:i w:val="0"/>
          <w:color w:val="5B706A"/>
          <w:sz w:val="16"/>
        </w:rPr>
        <w:t xml:space="preserve">  (choose one)</w:t>
      </w:r>
    </w:p>
    <w:p>
      <w:pPr>
        <w:spacing w:after="0"/>
        <w:ind w:left="0"/>
      </w:pPr>
      <w:r>
        <w:rPr>
          <w:b w:val="0"/>
          <w:i w:val="0"/>
          <w:sz w:val="19"/>
        </w:rPr>
        <w:t>☐ Working: held the recorder when tested</w:t>
      </w:r>
    </w:p>
    <w:p>
      <w:pPr>
        <w:spacing w:after="0"/>
        <w:ind w:left="0"/>
      </w:pPr>
      <w:r>
        <w:rPr>
          <w:b w:val="0"/>
          <w:i w:val="0"/>
          <w:sz w:val="19"/>
        </w:rPr>
        <w:t>☐ Working: not load tested</w:t>
      </w:r>
    </w:p>
    <w:p>
      <w:pPr>
        <w:spacing w:after="0"/>
        <w:ind w:left="0"/>
      </w:pPr>
      <w:r>
        <w:rPr>
          <w:b w:val="0"/>
          <w:i w:val="0"/>
          <w:sz w:val="19"/>
        </w:rPr>
        <w:t>☐ Defect</w:t>
      </w:r>
    </w:p>
    <w:p>
      <w:pPr>
        <w:spacing w:after="120"/>
        <w:ind w:left="0"/>
      </w:pPr>
      <w:r>
        <w:rPr>
          <w:b w:val="0"/>
          <w:i w:val="0"/>
          <w:sz w:val="19"/>
        </w:rPr>
        <w:t>☐ None</w:t>
      </w:r>
    </w:p>
    <w:p>
      <w:pPr>
        <w:keepNext/>
        <w:spacing w:after="20"/>
        <w:ind w:left="0"/>
      </w:pPr>
      <w:r>
        <w:rPr>
          <w:b/>
          <w:i w:val="0"/>
          <w:sz w:val="19"/>
        </w:rPr>
        <w:t>Was the link to the monitoring centre tested?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Test reference from the monitoring centre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site log or maintenance record updated?</w:t>
      </w:r>
    </w:p>
    <w:p>
      <w:pPr>
        <w:ind w:left="0"/>
      </w:pPr>
      <w:r>
        <w:rPr>
          <w:b w:val="0"/>
          <w:i w:val="0"/>
          <w:sz w:val="19"/>
        </w:rPr>
        <w:t>☐ Yes     ☐ No</w:t>
      </w:r>
    </w:p>
    <w:p>
      <w:pPr>
        <w:keepNext/>
        <w:spacing w:before="240"/>
      </w:pPr>
      <w:r>
        <w:rPr>
          <w:b/>
          <w:i w:val="0"/>
          <w:color w:val="1B5E52"/>
          <w:sz w:val="26"/>
        </w:rPr>
        <w:t>5. Outcome and parts</w:t>
      </w:r>
    </w:p>
    <w:p>
      <w:r>
        <w:rPr>
          <w:b w:val="0"/>
          <w:i w:val="0"/>
          <w:color w:val="5B706A"/>
          <w:sz w:val="18"/>
        </w:rPr>
        <w:t>How the system was left and what happens next.</w:t>
      </w:r>
    </w:p>
    <w:p>
      <w:pPr>
        <w:keepNext/>
        <w:spacing w:after="20"/>
        <w:ind w:left="0"/>
      </w:pPr>
      <w:r>
        <w:rPr>
          <w:b/>
          <w:i w:val="0"/>
          <w:sz w:val="19"/>
        </w:rPr>
        <w:t>Outcome of the visit *</w:t>
      </w:r>
      <w:r>
        <w:rPr>
          <w:b w:val="0"/>
          <w:i w:val="0"/>
          <w:color w:val="5B706A"/>
          <w:sz w:val="16"/>
        </w:rPr>
        <w:t xml:space="preserve">  (choose one)</w:t>
      </w:r>
    </w:p>
    <w:p>
      <w:pPr>
        <w:ind w:left="0"/>
      </w:pPr>
      <w:r>
        <w:rPr>
          <w:b w:val="0"/>
          <w:i w:val="0"/>
          <w:sz w:val="19"/>
        </w:rPr>
        <w:t>☐ System fully working     ☐ Working with defects outstanding     ☐ Not working</w:t>
      </w:r>
    </w:p>
    <w:p>
      <w:pPr>
        <w:keepNext/>
        <w:spacing w:after="20"/>
        <w:ind w:left="0"/>
      </w:pPr>
      <w:r>
        <w:rPr>
          <w:b/>
          <w:i w:val="0"/>
          <w:sz w:val="19"/>
        </w:rPr>
        <w:t>What needs doing next, and who will do it?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Recommendations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Did you use any parts or materials?</w:t>
      </w:r>
    </w:p>
    <w:p>
      <w:pPr>
        <w:ind w:left="0"/>
      </w:pPr>
      <w:r>
        <w:rPr>
          <w:b w:val="0"/>
          <w:i w:val="0"/>
          <w:sz w:val="19"/>
        </w:rPr>
        <w:t>☐ Yes     ☐ No</w:t>
      </w:r>
    </w:p>
    <w:p>
      <w:pPr>
        <w:keepNext/>
        <w:ind w:left="0"/>
      </w:pPr>
      <w:r>
        <w:rPr>
          <w:b/>
          <w:i w:val="0"/>
          <w:sz w:val="21"/>
        </w:rPr>
        <w:t>Parts and materials used</w:t>
      </w:r>
      <w:r>
        <w:rPr>
          <w:b w:val="0"/>
          <w:i w:val="0"/>
          <w:color w:val="5B706A"/>
          <w:sz w:val="16"/>
        </w:rPr>
        <w:t xml:space="preserve">  (copy this block for each one; if applicable)</w:t>
      </w:r>
    </w:p>
    <w:p>
      <w:pPr>
        <w:keepNext/>
        <w:spacing w:after="20"/>
        <w:ind w:left="454"/>
      </w:pPr>
      <w:r>
        <w:rPr>
          <w:b/>
          <w:i w:val="0"/>
          <w:sz w:val="19"/>
        </w:rPr>
        <w:t>Item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Part number</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Next visit due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Departure time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Sign-off</w:t>
      </w:r>
    </w:p>
    <w:p>
      <w:r>
        <w:rPr>
          <w:b w:val="0"/>
          <w:i w:val="0"/>
          <w:color w:val="5B706A"/>
          <w:sz w:val="18"/>
        </w:rPr>
        <w:t>Customer and engineer.</w:t>
      </w:r>
    </w:p>
    <w:p>
      <w:pPr>
        <w:keepNext/>
        <w:spacing w:after="20"/>
        <w:ind w:left="0"/>
      </w:pPr>
      <w:r>
        <w:rPr>
          <w:b/>
          <w:i w:val="0"/>
          <w:sz w:val="19"/>
        </w:rPr>
        <w:t>Is the customer or their representative available to sign?</w:t>
      </w:r>
    </w:p>
    <w:p>
      <w:pPr>
        <w:ind w:left="0"/>
      </w:pPr>
      <w:r>
        <w:rPr>
          <w:b w:val="0"/>
          <w:i w:val="0"/>
          <w:sz w:val="19"/>
        </w:rPr>
        <w:t>☐ Yes     ☐ No</w:t>
      </w:r>
    </w:p>
    <w:p>
      <w:pPr>
        <w:keepNext/>
        <w:spacing w:after="20"/>
        <w:ind w:left="0"/>
      </w:pPr>
      <w:r>
        <w:rPr>
          <w:b/>
          <w:i w:val="0"/>
          <w:sz w:val="19"/>
        </w:rPr>
        <w:t>Why not, and who will you send the report to?</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comment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r>
        <w:rPr>
          <w:b w:val="0"/>
          <w:i w:val="0"/>
          <w:color w:val="5B706A"/>
          <w:sz w:val="16"/>
        </w:rPr>
        <w:t xml:space="preserve">  (if applicable)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Engineer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CCTV Maintenance Visit. Printable copy from the SiteSurvey form library. Fill it in on a phone, with photos and signatures: sitesurvey.app/forms/cctv-maintenance-checklist/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Maintenance Visit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